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37EE9" w14:textId="77777777" w:rsidR="00137FBF" w:rsidRDefault="00137FBF"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5F5783BC" w14:textId="77777777" w:rsidR="00763547" w:rsidRDefault="00763547" w:rsidP="00763547">
      <w:pPr>
        <w:pStyle w:val="NormalWeb"/>
      </w:pPr>
      <w:r>
        <w:rPr>
          <w:rStyle w:val="Strong"/>
        </w:rPr>
        <w:t>Dear Parents and Carers,</w:t>
      </w:r>
    </w:p>
    <w:p w14:paraId="3B65AE4C" w14:textId="75502C1B" w:rsidR="00763547" w:rsidRDefault="00763547" w:rsidP="00763547">
      <w:pPr>
        <w:pStyle w:val="NormalWeb"/>
      </w:pPr>
      <w:r>
        <w:rPr>
          <w:rStyle w:val="Strong"/>
        </w:rPr>
        <w:t>Toileting and Behavioural Support Workshop – Monday 16th November at 9:00am</w:t>
      </w:r>
    </w:p>
    <w:p w14:paraId="46DC5BC5" w14:textId="77777777" w:rsidR="00763547" w:rsidRDefault="00763547" w:rsidP="00763547">
      <w:pPr>
        <w:pStyle w:val="NormalWeb"/>
      </w:pPr>
      <w:r>
        <w:t xml:space="preserve">We are delighted to invite you to a </w:t>
      </w:r>
      <w:r>
        <w:rPr>
          <w:rStyle w:val="Strong"/>
        </w:rPr>
        <w:t>Toileting and Behaviour Support Workshop</w:t>
      </w:r>
      <w:r>
        <w:t xml:space="preserve">, hosted by the </w:t>
      </w:r>
      <w:r>
        <w:rPr>
          <w:rStyle w:val="Strong"/>
        </w:rPr>
        <w:t>Health Visiting Team and Byker Sands</w:t>
      </w:r>
      <w:r>
        <w:t xml:space="preserve">, on </w:t>
      </w:r>
      <w:r>
        <w:rPr>
          <w:rStyle w:val="Strong"/>
        </w:rPr>
        <w:t>Monday 16th November at 9:00am</w:t>
      </w:r>
      <w:r>
        <w:t>.</w:t>
      </w:r>
    </w:p>
    <w:p w14:paraId="0EB97D52" w14:textId="77777777" w:rsidR="00763547" w:rsidRDefault="00763547" w:rsidP="00763547">
      <w:pPr>
        <w:pStyle w:val="NormalWeb"/>
      </w:pPr>
      <w:r>
        <w:t>This is a fantastic opportunity for parents and carers to gain practical advice and guidance on how to support their child with toilet training, including recognising when your child is ready and developing positive toileting routines.</w:t>
      </w:r>
    </w:p>
    <w:p w14:paraId="7D0963B7" w14:textId="77777777" w:rsidR="00763547" w:rsidRDefault="00763547" w:rsidP="00763547">
      <w:pPr>
        <w:pStyle w:val="NormalWeb"/>
      </w:pPr>
      <w:r>
        <w:t xml:space="preserve">The team will also be offering advice on </w:t>
      </w:r>
      <w:r>
        <w:rPr>
          <w:rStyle w:val="Strong"/>
        </w:rPr>
        <w:t>supporting children's behaviour</w:t>
      </w:r>
      <w:r>
        <w:t>, providing helpful strategies and answering any questions or concerns you may have.</w:t>
      </w:r>
    </w:p>
    <w:p w14:paraId="6C4354C5" w14:textId="77777777" w:rsidR="00763547" w:rsidRDefault="00763547" w:rsidP="00763547">
      <w:pPr>
        <w:pStyle w:val="NormalWeb"/>
      </w:pPr>
      <w:r>
        <w:t>We strongly encourage parents and carers to attend this valuable workshop, where you will have the opportunity to speak directly with professionals in a friendly and supportive environment.</w:t>
      </w:r>
    </w:p>
    <w:p w14:paraId="6E17FBFB" w14:textId="77777777" w:rsidR="00763547" w:rsidRDefault="00763547" w:rsidP="00763547">
      <w:pPr>
        <w:pStyle w:val="NormalWeb"/>
      </w:pPr>
      <w:r>
        <w:rPr>
          <w:rStyle w:val="Strong"/>
        </w:rPr>
        <w:t>Workshop Details:</w:t>
      </w:r>
    </w:p>
    <w:p w14:paraId="292AB41C" w14:textId="77777777" w:rsidR="00763547" w:rsidRDefault="00763547" w:rsidP="00763547">
      <w:pPr>
        <w:pStyle w:val="NormalWeb"/>
        <w:numPr>
          <w:ilvl w:val="0"/>
          <w:numId w:val="15"/>
        </w:numPr>
      </w:pPr>
      <w:r>
        <w:rPr>
          <w:rStyle w:val="Strong"/>
        </w:rPr>
        <w:t>Date:</w:t>
      </w:r>
      <w:r>
        <w:t xml:space="preserve"> Monday 16th November 2026</w:t>
      </w:r>
    </w:p>
    <w:p w14:paraId="664C6D9C" w14:textId="77777777" w:rsidR="00763547" w:rsidRDefault="00763547" w:rsidP="00763547">
      <w:pPr>
        <w:pStyle w:val="NormalWeb"/>
        <w:numPr>
          <w:ilvl w:val="0"/>
          <w:numId w:val="15"/>
        </w:numPr>
      </w:pPr>
      <w:r>
        <w:rPr>
          <w:rStyle w:val="Strong"/>
        </w:rPr>
        <w:t>Time:</w:t>
      </w:r>
      <w:r>
        <w:t xml:space="preserve"> 9:00am</w:t>
      </w:r>
    </w:p>
    <w:p w14:paraId="1D15F8E7" w14:textId="77777777" w:rsidR="00763547" w:rsidRDefault="00763547" w:rsidP="00763547">
      <w:pPr>
        <w:pStyle w:val="NormalWeb"/>
        <w:numPr>
          <w:ilvl w:val="0"/>
          <w:numId w:val="15"/>
        </w:numPr>
      </w:pPr>
      <w:r>
        <w:rPr>
          <w:rStyle w:val="Strong"/>
        </w:rPr>
        <w:t>Location:</w:t>
      </w:r>
      <w:r>
        <w:t xml:space="preserve"> School Hall</w:t>
      </w:r>
    </w:p>
    <w:p w14:paraId="6EFA79BA" w14:textId="77777777" w:rsidR="00763547" w:rsidRDefault="00763547" w:rsidP="00763547">
      <w:pPr>
        <w:pStyle w:val="NormalWeb"/>
        <w:numPr>
          <w:ilvl w:val="0"/>
          <w:numId w:val="15"/>
        </w:numPr>
      </w:pPr>
      <w:r>
        <w:rPr>
          <w:rStyle w:val="Strong"/>
        </w:rPr>
        <w:t>Entrance:</w:t>
      </w:r>
      <w:r>
        <w:t xml:space="preserve"> Please enter via the Gordon Road entrance.</w:t>
      </w:r>
    </w:p>
    <w:p w14:paraId="1A1CBD2C" w14:textId="77777777" w:rsidR="00763547" w:rsidRDefault="00763547" w:rsidP="00763547">
      <w:pPr>
        <w:pStyle w:val="NormalWeb"/>
      </w:pPr>
      <w:r>
        <w:t>If you would like to attend, please complete the reply slip below so we can plan accordingly.</w:t>
      </w:r>
    </w:p>
    <w:p w14:paraId="5B920A56" w14:textId="77777777" w:rsidR="00763547" w:rsidRDefault="00763547" w:rsidP="00763547">
      <w:pPr>
        <w:pStyle w:val="NormalWeb"/>
      </w:pPr>
      <w:r>
        <w:t>We look forward to welcoming you!</w:t>
      </w:r>
    </w:p>
    <w:p w14:paraId="0CA37EC8" w14:textId="77777777" w:rsidR="00763547" w:rsidRDefault="00763547" w:rsidP="00763547">
      <w:pPr>
        <w:pStyle w:val="NormalWeb"/>
      </w:pPr>
      <w:r>
        <w:t>Kind regards,</w:t>
      </w:r>
    </w:p>
    <w:p w14:paraId="77436398" w14:textId="77777777" w:rsidR="00763547" w:rsidRDefault="00763547" w:rsidP="00763547">
      <w:pPr>
        <w:pStyle w:val="NormalWeb"/>
      </w:pPr>
      <w:r>
        <w:rPr>
          <w:rStyle w:val="Strong"/>
        </w:rPr>
        <w:t>Mrs De Chaves</w:t>
      </w:r>
      <w:r>
        <w:br/>
        <w:t>Assistant Headteacher – EYFS</w:t>
      </w:r>
    </w:p>
    <w:p w14:paraId="6F50AD1C" w14:textId="77777777" w:rsidR="00763547" w:rsidRDefault="001A2966" w:rsidP="00763547">
      <w:r>
        <w:pict w14:anchorId="4EC464B0">
          <v:rect id="_x0000_i1025" style="width:0;height:1.5pt" o:hralign="center" o:hrstd="t" o:hr="t" fillcolor="#a0a0a0" stroked="f"/>
        </w:pict>
      </w:r>
    </w:p>
    <w:p w14:paraId="050E04C9" w14:textId="77777777" w:rsidR="00763547" w:rsidRDefault="00763547" w:rsidP="00763547">
      <w:pPr>
        <w:pStyle w:val="Heading3"/>
      </w:pPr>
      <w:r>
        <w:lastRenderedPageBreak/>
        <w:t>Workshop Attendance Reply Slip</w:t>
      </w:r>
    </w:p>
    <w:p w14:paraId="05DA3F02" w14:textId="77777777" w:rsidR="00763547" w:rsidRDefault="00763547" w:rsidP="00763547">
      <w:pPr>
        <w:pStyle w:val="NormalWeb"/>
      </w:pPr>
      <w:r>
        <w:rPr>
          <w:rStyle w:val="Strong"/>
        </w:rPr>
        <w:t>Child's Name:</w:t>
      </w:r>
      <w:r>
        <w:t xml:space="preserve"> __________________________________</w:t>
      </w:r>
    </w:p>
    <w:p w14:paraId="20AFD4BE" w14:textId="77777777" w:rsidR="00763547" w:rsidRDefault="00763547" w:rsidP="00763547">
      <w:pPr>
        <w:pStyle w:val="NormalWeb"/>
      </w:pPr>
      <w:r>
        <w:rPr>
          <w:rStyle w:val="Strong"/>
        </w:rPr>
        <w:t>Parent/Carer's Name:</w:t>
      </w:r>
      <w:r>
        <w:t xml:space="preserve"> _____________________________</w:t>
      </w:r>
    </w:p>
    <w:p w14:paraId="14814C86" w14:textId="77777777" w:rsidR="00763547" w:rsidRDefault="00763547" w:rsidP="00763547">
      <w:pPr>
        <w:pStyle w:val="NormalWeb"/>
      </w:pPr>
      <w:r>
        <w:rPr>
          <w:rStyle w:val="Strong"/>
        </w:rPr>
        <w:t>Class:</w:t>
      </w:r>
      <w:r>
        <w:t xml:space="preserve"> _________________________________________</w:t>
      </w:r>
    </w:p>
    <w:p w14:paraId="3F617FCE" w14:textId="77777777" w:rsidR="00763547" w:rsidRDefault="00763547" w:rsidP="00763547">
      <w:pPr>
        <w:pStyle w:val="NormalWeb"/>
      </w:pPr>
      <w:r>
        <w:t>I would like to attend the Toileting and Behaviour Support Workshop on Monday 16th November at 9:00am.</w:t>
      </w:r>
    </w:p>
    <w:p w14:paraId="1A70D47C" w14:textId="77777777" w:rsidR="00763547" w:rsidRDefault="00763547" w:rsidP="00763547">
      <w:pPr>
        <w:pStyle w:val="NormalWeb"/>
      </w:pPr>
      <w:r>
        <w:rPr>
          <w:rFonts w:ascii="Segoe UI Symbol" w:hAnsi="Segoe UI Symbol" w:cs="Segoe UI Symbol"/>
        </w:rPr>
        <w:t>☐</w:t>
      </w:r>
      <w:r>
        <w:t xml:space="preserve"> Yes, I will be attending.</w:t>
      </w:r>
    </w:p>
    <w:p w14:paraId="759459EF" w14:textId="77777777" w:rsidR="00763547" w:rsidRDefault="00763547" w:rsidP="00763547">
      <w:pPr>
        <w:pStyle w:val="NormalWeb"/>
      </w:pPr>
      <w:r>
        <w:rPr>
          <w:rFonts w:ascii="Segoe UI Symbol" w:hAnsi="Segoe UI Symbol" w:cs="Segoe UI Symbol"/>
        </w:rPr>
        <w:t>☐</w:t>
      </w:r>
      <w:r>
        <w:t xml:space="preserve"> No, I am unable to attend.</w:t>
      </w:r>
    </w:p>
    <w:p w14:paraId="574B0B33" w14:textId="77777777" w:rsidR="00763547" w:rsidRDefault="00763547" w:rsidP="00763547">
      <w:pPr>
        <w:pStyle w:val="NormalWeb"/>
      </w:pPr>
      <w:r>
        <w:rPr>
          <w:rStyle w:val="Strong"/>
        </w:rPr>
        <w:t>Number of adults attending:</w:t>
      </w:r>
      <w:r>
        <w:t xml:space="preserve"> ______________________</w:t>
      </w:r>
    </w:p>
    <w:p w14:paraId="417D5419"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D39DCAF"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59AF8FD"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5341C202"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0C57419E"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88EA742"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6A9CC8A0"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1F17FCB4"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F0ECDAC"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597438E5"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4E9A8B06"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FE124B5"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680B9782"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2E8D24FB"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16B17402"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405D872E"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2C62D181"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54B4B34"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2A235924"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39BCE417"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3ED727C3"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F07F710"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1E2F21C1"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4730FC63"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2193F815"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6F98D018"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07BFF292"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7288B9CD"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5D29ED73"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5E0DB2C8"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18F65AF3"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65FA331C"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536C6EB8" w14:textId="77777777" w:rsidR="008D1838"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19DA525E" w14:textId="77777777" w:rsidR="008D1838" w:rsidRPr="00137FBF" w:rsidRDefault="008D1838" w:rsidP="00137FBF">
      <w:pPr>
        <w:shd w:val="clear" w:color="auto" w:fill="FFFFFF"/>
        <w:spacing w:after="0" w:line="240" w:lineRule="auto"/>
        <w:textAlignment w:val="baseline"/>
        <w:rPr>
          <w:rFonts w:ascii="Aptos" w:eastAsia="Times New Roman" w:hAnsi="Aptos" w:cs="Times New Roman"/>
          <w:color w:val="000000"/>
          <w:sz w:val="24"/>
          <w:szCs w:val="24"/>
          <w:lang w:val="en-GB" w:eastAsia="en-GB"/>
        </w:rPr>
      </w:pPr>
    </w:p>
    <w:p w14:paraId="0D65FB30" w14:textId="2FCFB2C4" w:rsidR="007932B3" w:rsidRPr="007932B3" w:rsidRDefault="007932B3" w:rsidP="007932B3">
      <w:pPr>
        <w:rPr>
          <w:rFonts w:ascii="Arial" w:hAnsi="Arial" w:cs="Arial"/>
          <w:sz w:val="24"/>
          <w:szCs w:val="24"/>
        </w:rPr>
      </w:pPr>
    </w:p>
    <w:p w14:paraId="786977C6" w14:textId="47C8D263" w:rsidR="007932B3" w:rsidRPr="007932B3" w:rsidRDefault="008D1838" w:rsidP="007932B3">
      <w:pPr>
        <w:rPr>
          <w:rFonts w:ascii="Arial" w:hAnsi="Arial" w:cs="Arial"/>
          <w:sz w:val="24"/>
          <w:szCs w:val="24"/>
        </w:rPr>
      </w:pPr>
      <w:r>
        <w:rPr>
          <w:noProof/>
        </w:rPr>
        <mc:AlternateContent>
          <mc:Choice Requires="wps">
            <w:drawing>
              <wp:inline distT="0" distB="0" distL="0" distR="0" wp14:anchorId="35EDA44F" wp14:editId="55FF8CC9">
                <wp:extent cx="304800" cy="304800"/>
                <wp:effectExtent l="0" t="0" r="0" b="0"/>
                <wp:docPr id="2" name="Rectangle 2" descr="Welcome to Tapestry Learning Journey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BA9CA2" id="Rectangle 2" o:spid="_x0000_s1026" alt="Welcome to Tapestry Learning Journey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9saCUBwIAAPIDAAAOAAAAAAAA&#10;AAAAAAAAAC4CAABkcnMvZTJvRG9jLnhtbFBLAQItABQABgAIAAAAIQBMoOks2AAAAAMBAAAPAAAA&#10;AAAAAAAAAAAAAGEEAABkcnMvZG93bnJldi54bWxQSwUGAAAAAAQABADzAAAAZgUAAAAA&#10;" filled="f" stroked="f">
                <o:lock v:ext="edit" aspectratio="t"/>
                <w10:anchorlock/>
              </v:rect>
            </w:pict>
          </mc:Fallback>
        </mc:AlternateContent>
      </w:r>
    </w:p>
    <w:p w14:paraId="75EE98C9" w14:textId="34EE8AE6" w:rsidR="00611531" w:rsidRPr="00611531" w:rsidRDefault="007932B3" w:rsidP="00611531">
      <w:pPr>
        <w:tabs>
          <w:tab w:val="left" w:pos="4545"/>
        </w:tabs>
        <w:rPr>
          <w:rFonts w:ascii="Arial" w:hAnsi="Arial" w:cs="Arial"/>
          <w:sz w:val="24"/>
          <w:szCs w:val="24"/>
        </w:rPr>
      </w:pPr>
      <w:r>
        <w:rPr>
          <w:rFonts w:ascii="Arial" w:hAnsi="Arial" w:cs="Arial"/>
          <w:sz w:val="24"/>
          <w:szCs w:val="24"/>
        </w:rPr>
        <w:tab/>
      </w:r>
    </w:p>
    <w:sectPr w:rsidR="00611531" w:rsidRPr="00611531" w:rsidSect="00034616">
      <w:headerReference w:type="default" r:id="rId11"/>
      <w:footerReference w:type="default" r:id="rId12"/>
      <w:pgSz w:w="12240" w:h="15840"/>
      <w:pgMar w:top="432" w:right="936" w:bottom="792"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598C" w14:textId="77777777" w:rsidR="000D39EB" w:rsidRDefault="000D39EB">
      <w:pPr>
        <w:spacing w:after="0" w:line="240" w:lineRule="auto"/>
      </w:pPr>
      <w:r>
        <w:separator/>
      </w:r>
    </w:p>
  </w:endnote>
  <w:endnote w:type="continuationSeparator" w:id="0">
    <w:p w14:paraId="5DBA8BD3" w14:textId="77777777" w:rsidR="000D39EB" w:rsidRDefault="000D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Calib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56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5387"/>
      <w:gridCol w:w="3773"/>
    </w:tblGrid>
    <w:tr w:rsidR="007932B3" w:rsidRPr="002D646D" w14:paraId="233005E8" w14:textId="77777777" w:rsidTr="007932B3">
      <w:trPr>
        <w:trHeight w:val="272"/>
      </w:trPr>
      <w:tc>
        <w:tcPr>
          <w:tcW w:w="2405" w:type="dxa"/>
          <w:shd w:val="clear" w:color="auto" w:fill="auto"/>
        </w:tcPr>
        <w:p w14:paraId="32BD2DB3" w14:textId="1D78160D" w:rsidR="007932B3" w:rsidRPr="002D646D" w:rsidRDefault="007932B3" w:rsidP="007932B3">
          <w:pPr>
            <w:pStyle w:val="Header"/>
            <w:rPr>
              <w:b/>
              <w:color w:val="002E8A"/>
              <w:sz w:val="20"/>
              <w:szCs w:val="20"/>
            </w:rPr>
          </w:pPr>
          <w:r w:rsidRPr="002D646D">
            <w:rPr>
              <w:b/>
              <w:color w:val="002E8A"/>
              <w:sz w:val="20"/>
              <w:szCs w:val="20"/>
            </w:rPr>
            <w:t>Commercial Road</w:t>
          </w:r>
        </w:p>
        <w:p w14:paraId="1E8F00A0" w14:textId="77777777" w:rsidR="007932B3" w:rsidRPr="002D646D" w:rsidRDefault="007932B3" w:rsidP="007932B3">
          <w:pPr>
            <w:pStyle w:val="Header"/>
            <w:rPr>
              <w:b/>
              <w:color w:val="002E8A"/>
              <w:sz w:val="20"/>
              <w:szCs w:val="20"/>
            </w:rPr>
          </w:pPr>
          <w:r w:rsidRPr="002D646D">
            <w:rPr>
              <w:b/>
              <w:color w:val="002E8A"/>
              <w:sz w:val="20"/>
              <w:szCs w:val="20"/>
            </w:rPr>
            <w:t>Byker</w:t>
          </w:r>
        </w:p>
        <w:p w14:paraId="61BE127B" w14:textId="77777777" w:rsidR="007932B3" w:rsidRPr="002D646D" w:rsidRDefault="007932B3" w:rsidP="007932B3">
          <w:pPr>
            <w:pStyle w:val="Header"/>
            <w:rPr>
              <w:b/>
              <w:color w:val="002E8A"/>
              <w:sz w:val="20"/>
              <w:szCs w:val="20"/>
            </w:rPr>
          </w:pPr>
          <w:r w:rsidRPr="002D646D">
            <w:rPr>
              <w:b/>
              <w:color w:val="002E8A"/>
              <w:sz w:val="20"/>
              <w:szCs w:val="20"/>
            </w:rPr>
            <w:t>Newcastle upon Tyne</w:t>
          </w:r>
        </w:p>
        <w:p w14:paraId="5CF5ADBA" w14:textId="5FA2EFEC" w:rsidR="007932B3" w:rsidRPr="007932B3" w:rsidRDefault="007932B3" w:rsidP="007932B3">
          <w:pPr>
            <w:pStyle w:val="Header"/>
            <w:rPr>
              <w:rFonts w:ascii="Arial" w:hAnsi="Arial" w:cs="Arial"/>
              <w:color w:val="002E8A"/>
            </w:rPr>
          </w:pPr>
          <w:r w:rsidRPr="002D646D">
            <w:rPr>
              <w:b/>
              <w:color w:val="002E8A"/>
              <w:sz w:val="20"/>
              <w:szCs w:val="20"/>
            </w:rPr>
            <w:t>NE6 2AT</w:t>
          </w:r>
        </w:p>
      </w:tc>
      <w:tc>
        <w:tcPr>
          <w:tcW w:w="5387" w:type="dxa"/>
          <w:shd w:val="clear" w:color="auto" w:fill="auto"/>
        </w:tcPr>
        <w:p w14:paraId="5BE0782E" w14:textId="77777777" w:rsidR="00611531" w:rsidRDefault="007932B3" w:rsidP="007932B3">
          <w:pPr>
            <w:pStyle w:val="Footer"/>
            <w:jc w:val="center"/>
            <w:rPr>
              <w:b/>
              <w:color w:val="4FA637"/>
              <w:sz w:val="20"/>
              <w:szCs w:val="20"/>
            </w:rPr>
          </w:pPr>
          <w:r>
            <w:rPr>
              <w:b/>
              <w:color w:val="4FA637"/>
              <w:sz w:val="18"/>
            </w:rPr>
            <w:t xml:space="preserve">             </w:t>
          </w:r>
          <w:r w:rsidRPr="002D646D">
            <w:rPr>
              <w:b/>
              <w:color w:val="4FA637"/>
              <w:sz w:val="20"/>
              <w:szCs w:val="20"/>
            </w:rPr>
            <w:t xml:space="preserve">Together, we learn.  Together, we grow.  </w:t>
          </w:r>
        </w:p>
        <w:p w14:paraId="02A9DAD2" w14:textId="02F20424" w:rsidR="007932B3" w:rsidRPr="002D646D" w:rsidRDefault="00611531" w:rsidP="007932B3">
          <w:pPr>
            <w:pStyle w:val="Footer"/>
            <w:jc w:val="center"/>
            <w:rPr>
              <w:sz w:val="20"/>
              <w:szCs w:val="20"/>
            </w:rPr>
          </w:pPr>
          <w:r>
            <w:rPr>
              <w:b/>
              <w:color w:val="4FA637"/>
              <w:sz w:val="20"/>
              <w:szCs w:val="20"/>
            </w:rPr>
            <w:t xml:space="preserve">             </w:t>
          </w:r>
          <w:r w:rsidR="007932B3" w:rsidRPr="002D646D">
            <w:rPr>
              <w:b/>
              <w:color w:val="4FA637"/>
              <w:sz w:val="20"/>
              <w:szCs w:val="20"/>
            </w:rPr>
            <w:t>Together, we thrive.</w:t>
          </w:r>
        </w:p>
      </w:tc>
      <w:tc>
        <w:tcPr>
          <w:tcW w:w="3773" w:type="dxa"/>
          <w:shd w:val="clear" w:color="auto" w:fill="auto"/>
        </w:tcPr>
        <w:p w14:paraId="493C670E" w14:textId="77777777" w:rsidR="007932B3" w:rsidRPr="002D646D" w:rsidRDefault="007932B3" w:rsidP="007932B3">
          <w:pPr>
            <w:pStyle w:val="Header"/>
            <w:jc w:val="right"/>
            <w:rPr>
              <w:b/>
              <w:color w:val="002E8A"/>
              <w:sz w:val="20"/>
              <w:szCs w:val="20"/>
            </w:rPr>
          </w:pPr>
          <w:r w:rsidRPr="002D646D">
            <w:rPr>
              <w:b/>
              <w:color w:val="002E8A"/>
              <w:sz w:val="20"/>
              <w:szCs w:val="20"/>
            </w:rPr>
            <w:t>Telephone: 0191 2656906</w:t>
          </w:r>
        </w:p>
        <w:p w14:paraId="2D4A69D8" w14:textId="77777777" w:rsidR="007932B3" w:rsidRPr="002D646D" w:rsidRDefault="007932B3" w:rsidP="007932B3">
          <w:pPr>
            <w:pStyle w:val="Header"/>
            <w:jc w:val="right"/>
            <w:rPr>
              <w:b/>
              <w:color w:val="002E8A"/>
              <w:sz w:val="20"/>
              <w:szCs w:val="20"/>
            </w:rPr>
          </w:pPr>
          <w:r w:rsidRPr="002D646D">
            <w:rPr>
              <w:b/>
              <w:color w:val="002E8A"/>
              <w:sz w:val="20"/>
              <w:szCs w:val="20"/>
            </w:rPr>
            <w:t xml:space="preserve">Email: </w:t>
          </w:r>
          <w:hyperlink r:id="rId1" w:history="1">
            <w:r w:rsidRPr="002D646D">
              <w:rPr>
                <w:b/>
                <w:color w:val="002E8A"/>
                <w:sz w:val="20"/>
                <w:szCs w:val="20"/>
              </w:rPr>
              <w:t>office@bykerprimary.co.uk</w:t>
            </w:r>
          </w:hyperlink>
        </w:p>
        <w:p w14:paraId="1ACB4136" w14:textId="77777777" w:rsidR="007932B3" w:rsidRPr="002D646D" w:rsidRDefault="007932B3" w:rsidP="007932B3">
          <w:pPr>
            <w:pStyle w:val="Header"/>
            <w:jc w:val="right"/>
            <w:rPr>
              <w:b/>
              <w:color w:val="002E8A"/>
              <w:sz w:val="20"/>
              <w:szCs w:val="20"/>
            </w:rPr>
          </w:pPr>
          <w:r w:rsidRPr="002D646D">
            <w:rPr>
              <w:b/>
              <w:color w:val="002E8A"/>
              <w:sz w:val="20"/>
              <w:szCs w:val="20"/>
            </w:rPr>
            <w:t>Web: bykerprimary.org</w:t>
          </w:r>
        </w:p>
        <w:p w14:paraId="029181DF" w14:textId="77777777" w:rsidR="007932B3" w:rsidRPr="002D646D" w:rsidRDefault="007932B3" w:rsidP="007932B3">
          <w:pPr>
            <w:pStyle w:val="Header"/>
            <w:jc w:val="right"/>
            <w:rPr>
              <w:color w:val="002E8A"/>
              <w:sz w:val="20"/>
              <w:szCs w:val="20"/>
            </w:rPr>
          </w:pPr>
        </w:p>
      </w:tc>
    </w:tr>
  </w:tbl>
  <w:p w14:paraId="4CE6FEC8" w14:textId="47E4E1F4" w:rsidR="001D4D68" w:rsidRPr="007932B3" w:rsidRDefault="001D4D68" w:rsidP="00793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86E81" w14:textId="77777777" w:rsidR="000D39EB" w:rsidRDefault="000D39EB">
      <w:pPr>
        <w:spacing w:after="0" w:line="240" w:lineRule="auto"/>
      </w:pPr>
      <w:r>
        <w:separator/>
      </w:r>
    </w:p>
  </w:footnote>
  <w:footnote w:type="continuationSeparator" w:id="0">
    <w:p w14:paraId="12D39994" w14:textId="77777777" w:rsidR="000D39EB" w:rsidRDefault="000D3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05EC" w14:textId="77777777" w:rsidR="001D4D68" w:rsidRDefault="001D4D68">
    <w:pPr>
      <w:pStyle w:val="Header"/>
    </w:pPr>
  </w:p>
  <w:tbl>
    <w:tblPr>
      <w:tblW w:w="10944" w:type="dxa"/>
      <w:jc w:val="center"/>
      <w:tblLook w:val="04A0" w:firstRow="1" w:lastRow="0" w:firstColumn="1" w:lastColumn="0" w:noHBand="0" w:noVBand="1"/>
    </w:tblPr>
    <w:tblGrid>
      <w:gridCol w:w="5472"/>
      <w:gridCol w:w="5472"/>
    </w:tblGrid>
    <w:tr w:rsidR="001D4D68" w14:paraId="686C0ED8" w14:textId="77777777" w:rsidTr="00254566">
      <w:trPr>
        <w:trHeight w:val="2195"/>
        <w:jc w:val="center"/>
      </w:trPr>
      <w:tc>
        <w:tcPr>
          <w:tcW w:w="5472" w:type="dxa"/>
          <w:tcBorders>
            <w:top w:val="nil"/>
            <w:left w:val="nil"/>
            <w:bottom w:val="nil"/>
            <w:right w:val="nil"/>
          </w:tcBorders>
        </w:tcPr>
        <w:p w14:paraId="6B9E1994" w14:textId="77777777" w:rsidR="001D4D68" w:rsidRDefault="00254566">
          <w:pPr>
            <w:spacing w:after="40"/>
          </w:pPr>
          <w:r>
            <w:rPr>
              <w:rFonts w:ascii="Aptos Display" w:hAnsi="Aptos Display"/>
              <w:b/>
              <w:color w:val="053791"/>
              <w:sz w:val="48"/>
            </w:rPr>
            <w:t>Byker Primary School</w:t>
          </w:r>
        </w:p>
        <w:p w14:paraId="2B4843DE" w14:textId="77777777" w:rsidR="001D4D68" w:rsidRPr="00254566" w:rsidRDefault="00254566">
          <w:pPr>
            <w:spacing w:after="40"/>
            <w:rPr>
              <w:color w:val="1F497D" w:themeColor="text2"/>
            </w:rPr>
          </w:pPr>
          <w:r w:rsidRPr="00254566">
            <w:rPr>
              <w:rFonts w:ascii="Aptos" w:hAnsi="Aptos"/>
              <w:b/>
              <w:i/>
              <w:color w:val="1F497D" w:themeColor="text2"/>
              <w:sz w:val="20"/>
            </w:rPr>
            <w:t>Children First: Raising Standards and Transforming Lives</w:t>
          </w:r>
        </w:p>
        <w:p w14:paraId="0E60744B" w14:textId="4C13AFE4" w:rsidR="001D4D68" w:rsidRPr="00254566" w:rsidRDefault="00BE02E1">
          <w:pPr>
            <w:spacing w:after="20"/>
            <w:rPr>
              <w:sz w:val="16"/>
              <w:szCs w:val="16"/>
            </w:rPr>
          </w:pPr>
          <w:r>
            <w:rPr>
              <w:rFonts w:ascii="Aptos" w:hAnsi="Aptos"/>
              <w:b/>
              <w:color w:val="053791"/>
              <w:sz w:val="16"/>
              <w:szCs w:val="16"/>
            </w:rPr>
            <w:t>•</w:t>
          </w:r>
          <w:r w:rsidRPr="00254566">
            <w:rPr>
              <w:rFonts w:ascii="Aptos" w:hAnsi="Aptos"/>
              <w:b/>
              <w:color w:val="053791"/>
              <w:sz w:val="16"/>
              <w:szCs w:val="16"/>
            </w:rPr>
            <w:t xml:space="preserve"> Resilient </w:t>
          </w:r>
          <w:r>
            <w:rPr>
              <w:rFonts w:ascii="Aptos" w:hAnsi="Aptos"/>
              <w:b/>
              <w:color w:val="053791"/>
              <w:sz w:val="16"/>
              <w:szCs w:val="16"/>
            </w:rPr>
            <w:t>•</w:t>
          </w:r>
          <w:r w:rsidRPr="00254566">
            <w:rPr>
              <w:rFonts w:ascii="Aptos" w:hAnsi="Aptos"/>
              <w:b/>
              <w:color w:val="053791"/>
              <w:sz w:val="16"/>
              <w:szCs w:val="16"/>
            </w:rPr>
            <w:t xml:space="preserve"> Respectful • Collaborative • Ambitious •</w:t>
          </w:r>
          <w:r w:rsidR="00254566">
            <w:rPr>
              <w:rFonts w:ascii="Aptos" w:hAnsi="Aptos"/>
              <w:b/>
              <w:color w:val="053791"/>
              <w:sz w:val="16"/>
              <w:szCs w:val="16"/>
            </w:rPr>
            <w:t xml:space="preserve"> </w:t>
          </w:r>
          <w:r w:rsidR="00254566" w:rsidRPr="00254566">
            <w:rPr>
              <w:rFonts w:ascii="Aptos" w:hAnsi="Aptos"/>
              <w:b/>
              <w:color w:val="053791"/>
              <w:sz w:val="16"/>
              <w:szCs w:val="16"/>
            </w:rPr>
            <w:t>Communicators</w:t>
          </w:r>
        </w:p>
        <w:p w14:paraId="7B58D46C" w14:textId="77777777" w:rsidR="00254566" w:rsidRDefault="00254566">
          <w:pPr>
            <w:spacing w:before="120" w:after="0"/>
            <w:rPr>
              <w:b/>
              <w:color w:val="053791"/>
              <w:sz w:val="17"/>
            </w:rPr>
          </w:pPr>
        </w:p>
        <w:p w14:paraId="255A1027" w14:textId="29BAB906" w:rsidR="001D4D68" w:rsidRDefault="00254566">
          <w:pPr>
            <w:spacing w:before="120" w:after="0"/>
          </w:pPr>
          <w:r>
            <w:rPr>
              <w:b/>
              <w:color w:val="053791"/>
              <w:sz w:val="17"/>
            </w:rPr>
            <w:t xml:space="preserve">Headteacher: </w:t>
          </w:r>
          <w:proofErr w:type="spellStart"/>
          <w:r>
            <w:rPr>
              <w:b/>
              <w:color w:val="053791"/>
              <w:sz w:val="17"/>
            </w:rPr>
            <w:t>Mrs</w:t>
          </w:r>
          <w:proofErr w:type="spellEnd"/>
          <w:r>
            <w:rPr>
              <w:b/>
              <w:color w:val="053791"/>
              <w:sz w:val="17"/>
            </w:rPr>
            <w:t xml:space="preserve"> M Donnison</w:t>
          </w:r>
        </w:p>
        <w:p w14:paraId="0B2A76C5" w14:textId="77777777" w:rsidR="001D4D68" w:rsidRDefault="00254566">
          <w:pPr>
            <w:spacing w:after="0"/>
          </w:pPr>
          <w:r>
            <w:rPr>
              <w:b/>
              <w:color w:val="053791"/>
              <w:sz w:val="17"/>
            </w:rPr>
            <w:t xml:space="preserve">Deputy Headteacher: </w:t>
          </w:r>
          <w:proofErr w:type="spellStart"/>
          <w:r>
            <w:rPr>
              <w:b/>
              <w:color w:val="053791"/>
              <w:sz w:val="17"/>
            </w:rPr>
            <w:t>Mrs</w:t>
          </w:r>
          <w:proofErr w:type="spellEnd"/>
          <w:r>
            <w:rPr>
              <w:b/>
              <w:color w:val="053791"/>
              <w:sz w:val="17"/>
            </w:rPr>
            <w:t xml:space="preserve"> S Barnes</w:t>
          </w:r>
        </w:p>
      </w:tc>
      <w:tc>
        <w:tcPr>
          <w:tcW w:w="5472" w:type="dxa"/>
          <w:tcBorders>
            <w:top w:val="nil"/>
            <w:left w:val="nil"/>
            <w:bottom w:val="nil"/>
            <w:right w:val="nil"/>
          </w:tcBorders>
        </w:tcPr>
        <w:p w14:paraId="771B2BCB" w14:textId="77777777" w:rsidR="001D4D68" w:rsidRDefault="00254566">
          <w:pPr>
            <w:jc w:val="right"/>
          </w:pPr>
          <w:r>
            <w:rPr>
              <w:noProof/>
            </w:rPr>
            <w:drawing>
              <wp:inline distT="0" distB="0" distL="0" distR="0" wp14:anchorId="4421D4EA" wp14:editId="60F1F07E">
                <wp:extent cx="11430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ker_letterhead_logo.png"/>
                        <pic:cNvPicPr/>
                      </pic:nvPicPr>
                      <pic:blipFill>
                        <a:blip r:embed="rId1"/>
                        <a:stretch>
                          <a:fillRect/>
                        </a:stretch>
                      </pic:blipFill>
                      <pic:spPr>
                        <a:xfrm>
                          <a:off x="0" y="0"/>
                          <a:ext cx="1143000" cy="1104900"/>
                        </a:xfrm>
                        <a:prstGeom prst="rect">
                          <a:avLst/>
                        </a:prstGeom>
                      </pic:spPr>
                    </pic:pic>
                  </a:graphicData>
                </a:graphic>
              </wp:inline>
            </w:drawing>
          </w:r>
        </w:p>
      </w:tc>
    </w:tr>
  </w:tbl>
  <w:p w14:paraId="1482574D" w14:textId="77777777" w:rsidR="001D4D68" w:rsidRDefault="001D4D68">
    <w:pPr>
      <w:pBdr>
        <w:bottom w:val="single" w:sz="14" w:space="1" w:color="0B3B78"/>
      </w:pBdr>
      <w:spacing w:before="4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8F6464"/>
    <w:multiLevelType w:val="hybridMultilevel"/>
    <w:tmpl w:val="82846C28"/>
    <w:lvl w:ilvl="0" w:tplc="934097CC">
      <w:start w:val="1"/>
      <w:numFmt w:val="bullet"/>
      <w:lvlText w:val=""/>
      <w:lvlJc w:val="left"/>
      <w:pPr>
        <w:ind w:left="720" w:hanging="360"/>
      </w:pPr>
      <w:rPr>
        <w:rFonts w:ascii="Symbol" w:hAnsi="Symbol" w:hint="default"/>
      </w:rPr>
    </w:lvl>
    <w:lvl w:ilvl="1" w:tplc="DC040978">
      <w:start w:val="1"/>
      <w:numFmt w:val="bullet"/>
      <w:lvlText w:val="o"/>
      <w:lvlJc w:val="left"/>
      <w:pPr>
        <w:ind w:left="1440" w:hanging="360"/>
      </w:pPr>
      <w:rPr>
        <w:rFonts w:ascii="Courier New" w:hAnsi="Courier New" w:hint="default"/>
      </w:rPr>
    </w:lvl>
    <w:lvl w:ilvl="2" w:tplc="8210065A">
      <w:start w:val="1"/>
      <w:numFmt w:val="bullet"/>
      <w:lvlText w:val=""/>
      <w:lvlJc w:val="left"/>
      <w:pPr>
        <w:ind w:left="2160" w:hanging="360"/>
      </w:pPr>
      <w:rPr>
        <w:rFonts w:ascii="Wingdings" w:hAnsi="Wingdings" w:hint="default"/>
      </w:rPr>
    </w:lvl>
    <w:lvl w:ilvl="3" w:tplc="16807E20">
      <w:start w:val="1"/>
      <w:numFmt w:val="bullet"/>
      <w:lvlText w:val=""/>
      <w:lvlJc w:val="left"/>
      <w:pPr>
        <w:ind w:left="2880" w:hanging="360"/>
      </w:pPr>
      <w:rPr>
        <w:rFonts w:ascii="Symbol" w:hAnsi="Symbol" w:hint="default"/>
      </w:rPr>
    </w:lvl>
    <w:lvl w:ilvl="4" w:tplc="016856CE">
      <w:start w:val="1"/>
      <w:numFmt w:val="bullet"/>
      <w:lvlText w:val="o"/>
      <w:lvlJc w:val="left"/>
      <w:pPr>
        <w:ind w:left="3600" w:hanging="360"/>
      </w:pPr>
      <w:rPr>
        <w:rFonts w:ascii="Courier New" w:hAnsi="Courier New" w:hint="default"/>
      </w:rPr>
    </w:lvl>
    <w:lvl w:ilvl="5" w:tplc="91FCF6BC">
      <w:start w:val="1"/>
      <w:numFmt w:val="bullet"/>
      <w:lvlText w:val=""/>
      <w:lvlJc w:val="left"/>
      <w:pPr>
        <w:ind w:left="4320" w:hanging="360"/>
      </w:pPr>
      <w:rPr>
        <w:rFonts w:ascii="Wingdings" w:hAnsi="Wingdings" w:hint="default"/>
      </w:rPr>
    </w:lvl>
    <w:lvl w:ilvl="6" w:tplc="55EA4592">
      <w:start w:val="1"/>
      <w:numFmt w:val="bullet"/>
      <w:lvlText w:val=""/>
      <w:lvlJc w:val="left"/>
      <w:pPr>
        <w:ind w:left="5040" w:hanging="360"/>
      </w:pPr>
      <w:rPr>
        <w:rFonts w:ascii="Symbol" w:hAnsi="Symbol" w:hint="default"/>
      </w:rPr>
    </w:lvl>
    <w:lvl w:ilvl="7" w:tplc="731C8B2C">
      <w:start w:val="1"/>
      <w:numFmt w:val="bullet"/>
      <w:lvlText w:val="o"/>
      <w:lvlJc w:val="left"/>
      <w:pPr>
        <w:ind w:left="5760" w:hanging="360"/>
      </w:pPr>
      <w:rPr>
        <w:rFonts w:ascii="Courier New" w:hAnsi="Courier New" w:hint="default"/>
      </w:rPr>
    </w:lvl>
    <w:lvl w:ilvl="8" w:tplc="C1A67536">
      <w:start w:val="1"/>
      <w:numFmt w:val="bullet"/>
      <w:lvlText w:val=""/>
      <w:lvlJc w:val="left"/>
      <w:pPr>
        <w:ind w:left="6480" w:hanging="360"/>
      </w:pPr>
      <w:rPr>
        <w:rFonts w:ascii="Wingdings" w:hAnsi="Wingdings" w:hint="default"/>
      </w:rPr>
    </w:lvl>
  </w:abstractNum>
  <w:abstractNum w:abstractNumId="10" w15:restartNumberingAfterBreak="0">
    <w:nsid w:val="22F71678"/>
    <w:multiLevelType w:val="hybridMultilevel"/>
    <w:tmpl w:val="4F42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84CA23"/>
    <w:multiLevelType w:val="hybridMultilevel"/>
    <w:tmpl w:val="B3CACC40"/>
    <w:lvl w:ilvl="0" w:tplc="340AECF4">
      <w:start w:val="1"/>
      <w:numFmt w:val="bullet"/>
      <w:lvlText w:val=""/>
      <w:lvlJc w:val="left"/>
      <w:pPr>
        <w:ind w:left="720" w:hanging="360"/>
      </w:pPr>
      <w:rPr>
        <w:rFonts w:ascii="Symbol" w:hAnsi="Symbol" w:hint="default"/>
      </w:rPr>
    </w:lvl>
    <w:lvl w:ilvl="1" w:tplc="10B44206">
      <w:start w:val="1"/>
      <w:numFmt w:val="bullet"/>
      <w:lvlText w:val="o"/>
      <w:lvlJc w:val="left"/>
      <w:pPr>
        <w:ind w:left="1440" w:hanging="360"/>
      </w:pPr>
      <w:rPr>
        <w:rFonts w:ascii="Courier New" w:hAnsi="Courier New" w:hint="default"/>
      </w:rPr>
    </w:lvl>
    <w:lvl w:ilvl="2" w:tplc="374A84E8">
      <w:start w:val="1"/>
      <w:numFmt w:val="bullet"/>
      <w:lvlText w:val=""/>
      <w:lvlJc w:val="left"/>
      <w:pPr>
        <w:ind w:left="2160" w:hanging="360"/>
      </w:pPr>
      <w:rPr>
        <w:rFonts w:ascii="Wingdings" w:hAnsi="Wingdings" w:hint="default"/>
      </w:rPr>
    </w:lvl>
    <w:lvl w:ilvl="3" w:tplc="3DF2DD6E">
      <w:start w:val="1"/>
      <w:numFmt w:val="bullet"/>
      <w:lvlText w:val=""/>
      <w:lvlJc w:val="left"/>
      <w:pPr>
        <w:ind w:left="2880" w:hanging="360"/>
      </w:pPr>
      <w:rPr>
        <w:rFonts w:ascii="Symbol" w:hAnsi="Symbol" w:hint="default"/>
      </w:rPr>
    </w:lvl>
    <w:lvl w:ilvl="4" w:tplc="78AE0936">
      <w:start w:val="1"/>
      <w:numFmt w:val="bullet"/>
      <w:lvlText w:val="o"/>
      <w:lvlJc w:val="left"/>
      <w:pPr>
        <w:ind w:left="3600" w:hanging="360"/>
      </w:pPr>
      <w:rPr>
        <w:rFonts w:ascii="Courier New" w:hAnsi="Courier New" w:hint="default"/>
      </w:rPr>
    </w:lvl>
    <w:lvl w:ilvl="5" w:tplc="977C0D86">
      <w:start w:val="1"/>
      <w:numFmt w:val="bullet"/>
      <w:lvlText w:val=""/>
      <w:lvlJc w:val="left"/>
      <w:pPr>
        <w:ind w:left="4320" w:hanging="360"/>
      </w:pPr>
      <w:rPr>
        <w:rFonts w:ascii="Wingdings" w:hAnsi="Wingdings" w:hint="default"/>
      </w:rPr>
    </w:lvl>
    <w:lvl w:ilvl="6" w:tplc="2E6077FC">
      <w:start w:val="1"/>
      <w:numFmt w:val="bullet"/>
      <w:lvlText w:val=""/>
      <w:lvlJc w:val="left"/>
      <w:pPr>
        <w:ind w:left="5040" w:hanging="360"/>
      </w:pPr>
      <w:rPr>
        <w:rFonts w:ascii="Symbol" w:hAnsi="Symbol" w:hint="default"/>
      </w:rPr>
    </w:lvl>
    <w:lvl w:ilvl="7" w:tplc="A306BD2E">
      <w:start w:val="1"/>
      <w:numFmt w:val="bullet"/>
      <w:lvlText w:val="o"/>
      <w:lvlJc w:val="left"/>
      <w:pPr>
        <w:ind w:left="5760" w:hanging="360"/>
      </w:pPr>
      <w:rPr>
        <w:rFonts w:ascii="Courier New" w:hAnsi="Courier New" w:hint="default"/>
      </w:rPr>
    </w:lvl>
    <w:lvl w:ilvl="8" w:tplc="100C0E68">
      <w:start w:val="1"/>
      <w:numFmt w:val="bullet"/>
      <w:lvlText w:val=""/>
      <w:lvlJc w:val="left"/>
      <w:pPr>
        <w:ind w:left="6480" w:hanging="360"/>
      </w:pPr>
      <w:rPr>
        <w:rFonts w:ascii="Wingdings" w:hAnsi="Wingdings" w:hint="default"/>
      </w:rPr>
    </w:lvl>
  </w:abstractNum>
  <w:abstractNum w:abstractNumId="12" w15:restartNumberingAfterBreak="0">
    <w:nsid w:val="5D931567"/>
    <w:multiLevelType w:val="multilevel"/>
    <w:tmpl w:val="8BDAA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5A2175"/>
    <w:multiLevelType w:val="multilevel"/>
    <w:tmpl w:val="887E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2FD39E"/>
    <w:multiLevelType w:val="hybridMultilevel"/>
    <w:tmpl w:val="FECC9FFC"/>
    <w:lvl w:ilvl="0" w:tplc="338CF88A">
      <w:start w:val="1"/>
      <w:numFmt w:val="bullet"/>
      <w:lvlText w:val=""/>
      <w:lvlJc w:val="left"/>
      <w:pPr>
        <w:ind w:left="720" w:hanging="360"/>
      </w:pPr>
      <w:rPr>
        <w:rFonts w:ascii="Symbol" w:hAnsi="Symbol" w:hint="default"/>
      </w:rPr>
    </w:lvl>
    <w:lvl w:ilvl="1" w:tplc="47FAD47C">
      <w:start w:val="1"/>
      <w:numFmt w:val="bullet"/>
      <w:lvlText w:val="o"/>
      <w:lvlJc w:val="left"/>
      <w:pPr>
        <w:ind w:left="1440" w:hanging="360"/>
      </w:pPr>
      <w:rPr>
        <w:rFonts w:ascii="Courier New" w:hAnsi="Courier New" w:hint="default"/>
      </w:rPr>
    </w:lvl>
    <w:lvl w:ilvl="2" w:tplc="42B449C8">
      <w:start w:val="1"/>
      <w:numFmt w:val="bullet"/>
      <w:lvlText w:val=""/>
      <w:lvlJc w:val="left"/>
      <w:pPr>
        <w:ind w:left="2160" w:hanging="360"/>
      </w:pPr>
      <w:rPr>
        <w:rFonts w:ascii="Wingdings" w:hAnsi="Wingdings" w:hint="default"/>
      </w:rPr>
    </w:lvl>
    <w:lvl w:ilvl="3" w:tplc="CBE6CEEE">
      <w:start w:val="1"/>
      <w:numFmt w:val="bullet"/>
      <w:lvlText w:val=""/>
      <w:lvlJc w:val="left"/>
      <w:pPr>
        <w:ind w:left="2880" w:hanging="360"/>
      </w:pPr>
      <w:rPr>
        <w:rFonts w:ascii="Symbol" w:hAnsi="Symbol" w:hint="default"/>
      </w:rPr>
    </w:lvl>
    <w:lvl w:ilvl="4" w:tplc="25EC1CD2">
      <w:start w:val="1"/>
      <w:numFmt w:val="bullet"/>
      <w:lvlText w:val="o"/>
      <w:lvlJc w:val="left"/>
      <w:pPr>
        <w:ind w:left="3600" w:hanging="360"/>
      </w:pPr>
      <w:rPr>
        <w:rFonts w:ascii="Courier New" w:hAnsi="Courier New" w:hint="default"/>
      </w:rPr>
    </w:lvl>
    <w:lvl w:ilvl="5" w:tplc="1C72A356">
      <w:start w:val="1"/>
      <w:numFmt w:val="bullet"/>
      <w:lvlText w:val=""/>
      <w:lvlJc w:val="left"/>
      <w:pPr>
        <w:ind w:left="4320" w:hanging="360"/>
      </w:pPr>
      <w:rPr>
        <w:rFonts w:ascii="Wingdings" w:hAnsi="Wingdings" w:hint="default"/>
      </w:rPr>
    </w:lvl>
    <w:lvl w:ilvl="6" w:tplc="AD4A927A">
      <w:start w:val="1"/>
      <w:numFmt w:val="bullet"/>
      <w:lvlText w:val=""/>
      <w:lvlJc w:val="left"/>
      <w:pPr>
        <w:ind w:left="5040" w:hanging="360"/>
      </w:pPr>
      <w:rPr>
        <w:rFonts w:ascii="Symbol" w:hAnsi="Symbol" w:hint="default"/>
      </w:rPr>
    </w:lvl>
    <w:lvl w:ilvl="7" w:tplc="B8D2F008">
      <w:start w:val="1"/>
      <w:numFmt w:val="bullet"/>
      <w:lvlText w:val="o"/>
      <w:lvlJc w:val="left"/>
      <w:pPr>
        <w:ind w:left="5760" w:hanging="360"/>
      </w:pPr>
      <w:rPr>
        <w:rFonts w:ascii="Courier New" w:hAnsi="Courier New" w:hint="default"/>
      </w:rPr>
    </w:lvl>
    <w:lvl w:ilvl="8" w:tplc="EB1E7C1A">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4"/>
  </w:num>
  <w:num w:numId="12">
    <w:abstractNumId w:val="9"/>
  </w:num>
  <w:num w:numId="13">
    <w:abstractNumId w:val="10"/>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39EB"/>
    <w:rsid w:val="00137FBF"/>
    <w:rsid w:val="0015074B"/>
    <w:rsid w:val="001600E9"/>
    <w:rsid w:val="001A2966"/>
    <w:rsid w:val="001A69E6"/>
    <w:rsid w:val="001D4D68"/>
    <w:rsid w:val="00254566"/>
    <w:rsid w:val="00267E7E"/>
    <w:rsid w:val="002912F4"/>
    <w:rsid w:val="0029639D"/>
    <w:rsid w:val="002D646D"/>
    <w:rsid w:val="00326F90"/>
    <w:rsid w:val="00451CA8"/>
    <w:rsid w:val="004645C3"/>
    <w:rsid w:val="005961DD"/>
    <w:rsid w:val="00611531"/>
    <w:rsid w:val="006251B8"/>
    <w:rsid w:val="00722311"/>
    <w:rsid w:val="00763547"/>
    <w:rsid w:val="007932B3"/>
    <w:rsid w:val="008D1838"/>
    <w:rsid w:val="009B3650"/>
    <w:rsid w:val="00AA1D8D"/>
    <w:rsid w:val="00AB4C2F"/>
    <w:rsid w:val="00AB5FEF"/>
    <w:rsid w:val="00B177B2"/>
    <w:rsid w:val="00B34AFC"/>
    <w:rsid w:val="00B47730"/>
    <w:rsid w:val="00BE02E1"/>
    <w:rsid w:val="00C20B9F"/>
    <w:rsid w:val="00CA7E81"/>
    <w:rsid w:val="00CB0664"/>
    <w:rsid w:val="00EF69F2"/>
    <w:rsid w:val="00FC693F"/>
    <w:rsid w:val="00FD53AA"/>
    <w:rsid w:val="00FD57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C1363D8"/>
  <w14:defaultImageDpi w14:val="300"/>
  <w15:docId w15:val="{0198D189-0FE7-4C2C-9FDE-99BD569D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alutation">
    <w:name w:val="Salutation"/>
    <w:basedOn w:val="Normal"/>
    <w:link w:val="SalutationChar"/>
    <w:uiPriority w:val="4"/>
    <w:unhideWhenUsed/>
    <w:qFormat/>
    <w:rsid w:val="00722311"/>
    <w:pPr>
      <w:spacing w:before="720" w:after="360" w:line="240" w:lineRule="auto"/>
      <w:ind w:left="720" w:right="720"/>
    </w:pPr>
    <w:rPr>
      <w:rFonts w:eastAsiaTheme="minorHAnsi"/>
      <w:color w:val="595959" w:themeColor="text1" w:themeTint="A6"/>
      <w:kern w:val="20"/>
      <w:sz w:val="24"/>
      <w:szCs w:val="20"/>
      <w:lang w:eastAsia="ja-JP"/>
    </w:rPr>
  </w:style>
  <w:style w:type="character" w:customStyle="1" w:styleId="SalutationChar">
    <w:name w:val="Salutation Char"/>
    <w:basedOn w:val="DefaultParagraphFont"/>
    <w:link w:val="Salutation"/>
    <w:uiPriority w:val="4"/>
    <w:rsid w:val="00722311"/>
    <w:rPr>
      <w:rFonts w:eastAsiaTheme="minorHAnsi"/>
      <w:color w:val="595959" w:themeColor="text1" w:themeTint="A6"/>
      <w:kern w:val="20"/>
      <w:sz w:val="24"/>
      <w:szCs w:val="20"/>
      <w:lang w:eastAsia="ja-JP"/>
    </w:rPr>
  </w:style>
  <w:style w:type="paragraph" w:styleId="Closing">
    <w:name w:val="Closing"/>
    <w:basedOn w:val="Normal"/>
    <w:next w:val="Signature"/>
    <w:link w:val="ClosingChar"/>
    <w:uiPriority w:val="6"/>
    <w:unhideWhenUsed/>
    <w:qFormat/>
    <w:rsid w:val="00722311"/>
    <w:pPr>
      <w:spacing w:before="480" w:after="960" w:line="240" w:lineRule="auto"/>
      <w:ind w:left="720" w:right="720"/>
    </w:pPr>
    <w:rPr>
      <w:rFonts w:eastAsiaTheme="minorHAnsi"/>
      <w:color w:val="595959" w:themeColor="text1" w:themeTint="A6"/>
      <w:kern w:val="20"/>
      <w:sz w:val="24"/>
      <w:szCs w:val="20"/>
      <w:lang w:eastAsia="ja-JP"/>
    </w:rPr>
  </w:style>
  <w:style w:type="character" w:customStyle="1" w:styleId="ClosingChar">
    <w:name w:val="Closing Char"/>
    <w:basedOn w:val="DefaultParagraphFont"/>
    <w:link w:val="Closing"/>
    <w:uiPriority w:val="6"/>
    <w:rsid w:val="00722311"/>
    <w:rPr>
      <w:rFonts w:eastAsiaTheme="minorHAnsi"/>
      <w:color w:val="595959" w:themeColor="text1" w:themeTint="A6"/>
      <w:kern w:val="20"/>
      <w:sz w:val="24"/>
      <w:szCs w:val="20"/>
      <w:lang w:eastAsia="ja-JP"/>
    </w:rPr>
  </w:style>
  <w:style w:type="paragraph" w:styleId="Signature">
    <w:name w:val="Signature"/>
    <w:basedOn w:val="Normal"/>
    <w:link w:val="SignatureChar"/>
    <w:uiPriority w:val="99"/>
    <w:semiHidden/>
    <w:unhideWhenUsed/>
    <w:rsid w:val="00722311"/>
    <w:pPr>
      <w:spacing w:after="0" w:line="240" w:lineRule="auto"/>
      <w:ind w:left="4252"/>
    </w:pPr>
  </w:style>
  <w:style w:type="character" w:customStyle="1" w:styleId="SignatureChar">
    <w:name w:val="Signature Char"/>
    <w:basedOn w:val="DefaultParagraphFont"/>
    <w:link w:val="Signature"/>
    <w:uiPriority w:val="99"/>
    <w:semiHidden/>
    <w:rsid w:val="00722311"/>
  </w:style>
  <w:style w:type="paragraph" w:customStyle="1" w:styleId="pdq2pgselectionanchorcontainer">
    <w:name w:val="pdq2pg_selectionanchorcontainer"/>
    <w:basedOn w:val="Normal"/>
    <w:rsid w:val="004645C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645C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119391">
      <w:bodyDiv w:val="1"/>
      <w:marLeft w:val="0"/>
      <w:marRight w:val="0"/>
      <w:marTop w:val="0"/>
      <w:marBottom w:val="0"/>
      <w:divBdr>
        <w:top w:val="none" w:sz="0" w:space="0" w:color="auto"/>
        <w:left w:val="none" w:sz="0" w:space="0" w:color="auto"/>
        <w:bottom w:val="none" w:sz="0" w:space="0" w:color="auto"/>
        <w:right w:val="none" w:sz="0" w:space="0" w:color="auto"/>
      </w:divBdr>
    </w:div>
    <w:div w:id="1328748467">
      <w:bodyDiv w:val="1"/>
      <w:marLeft w:val="0"/>
      <w:marRight w:val="0"/>
      <w:marTop w:val="0"/>
      <w:marBottom w:val="0"/>
      <w:divBdr>
        <w:top w:val="none" w:sz="0" w:space="0" w:color="auto"/>
        <w:left w:val="none" w:sz="0" w:space="0" w:color="auto"/>
        <w:bottom w:val="none" w:sz="0" w:space="0" w:color="auto"/>
        <w:right w:val="none" w:sz="0" w:space="0" w:color="auto"/>
      </w:divBdr>
      <w:divsChild>
        <w:div w:id="1035154527">
          <w:marLeft w:val="0"/>
          <w:marRight w:val="0"/>
          <w:marTop w:val="240"/>
          <w:marBottom w:val="240"/>
          <w:divBdr>
            <w:top w:val="none" w:sz="0" w:space="0" w:color="auto"/>
            <w:left w:val="none" w:sz="0" w:space="0" w:color="auto"/>
            <w:bottom w:val="none" w:sz="0" w:space="0" w:color="auto"/>
            <w:right w:val="none" w:sz="0" w:space="0" w:color="auto"/>
          </w:divBdr>
        </w:div>
        <w:div w:id="999384638">
          <w:marLeft w:val="0"/>
          <w:marRight w:val="0"/>
          <w:marTop w:val="240"/>
          <w:marBottom w:val="240"/>
          <w:divBdr>
            <w:top w:val="none" w:sz="0" w:space="0" w:color="auto"/>
            <w:left w:val="none" w:sz="0" w:space="0" w:color="auto"/>
            <w:bottom w:val="none" w:sz="0" w:space="0" w:color="auto"/>
            <w:right w:val="none" w:sz="0" w:space="0" w:color="auto"/>
          </w:divBdr>
        </w:div>
        <w:div w:id="115805067">
          <w:marLeft w:val="0"/>
          <w:marRight w:val="0"/>
          <w:marTop w:val="240"/>
          <w:marBottom w:val="240"/>
          <w:divBdr>
            <w:top w:val="none" w:sz="0" w:space="0" w:color="auto"/>
            <w:left w:val="none" w:sz="0" w:space="0" w:color="auto"/>
            <w:bottom w:val="none" w:sz="0" w:space="0" w:color="auto"/>
            <w:right w:val="none" w:sz="0" w:space="0" w:color="auto"/>
          </w:divBdr>
        </w:div>
        <w:div w:id="1608535373">
          <w:marLeft w:val="0"/>
          <w:marRight w:val="0"/>
          <w:marTop w:val="240"/>
          <w:marBottom w:val="240"/>
          <w:divBdr>
            <w:top w:val="none" w:sz="0" w:space="0" w:color="auto"/>
            <w:left w:val="none" w:sz="0" w:space="0" w:color="auto"/>
            <w:bottom w:val="none" w:sz="0" w:space="0" w:color="auto"/>
            <w:right w:val="none" w:sz="0" w:space="0" w:color="auto"/>
          </w:divBdr>
        </w:div>
        <w:div w:id="331372451">
          <w:marLeft w:val="0"/>
          <w:marRight w:val="0"/>
          <w:marTop w:val="240"/>
          <w:marBottom w:val="240"/>
          <w:divBdr>
            <w:top w:val="none" w:sz="0" w:space="0" w:color="auto"/>
            <w:left w:val="none" w:sz="0" w:space="0" w:color="auto"/>
            <w:bottom w:val="none" w:sz="0" w:space="0" w:color="auto"/>
            <w:right w:val="none" w:sz="0" w:space="0" w:color="auto"/>
          </w:divBdr>
        </w:div>
        <w:div w:id="1005474789">
          <w:marLeft w:val="0"/>
          <w:marRight w:val="0"/>
          <w:marTop w:val="240"/>
          <w:marBottom w:val="240"/>
          <w:divBdr>
            <w:top w:val="none" w:sz="0" w:space="0" w:color="auto"/>
            <w:left w:val="none" w:sz="0" w:space="0" w:color="auto"/>
            <w:bottom w:val="none" w:sz="0" w:space="0" w:color="auto"/>
            <w:right w:val="none" w:sz="0" w:space="0" w:color="auto"/>
          </w:divBdr>
        </w:div>
        <w:div w:id="574778822">
          <w:marLeft w:val="0"/>
          <w:marRight w:val="0"/>
          <w:marTop w:val="240"/>
          <w:marBottom w:val="240"/>
          <w:divBdr>
            <w:top w:val="none" w:sz="0" w:space="0" w:color="auto"/>
            <w:left w:val="none" w:sz="0" w:space="0" w:color="auto"/>
            <w:bottom w:val="none" w:sz="0" w:space="0" w:color="auto"/>
            <w:right w:val="none" w:sz="0" w:space="0" w:color="auto"/>
          </w:divBdr>
        </w:div>
        <w:div w:id="2143379639">
          <w:marLeft w:val="0"/>
          <w:marRight w:val="0"/>
          <w:marTop w:val="240"/>
          <w:marBottom w:val="240"/>
          <w:divBdr>
            <w:top w:val="none" w:sz="0" w:space="0" w:color="auto"/>
            <w:left w:val="none" w:sz="0" w:space="0" w:color="auto"/>
            <w:bottom w:val="none" w:sz="0" w:space="0" w:color="auto"/>
            <w:right w:val="none" w:sz="0" w:space="0" w:color="auto"/>
          </w:divBdr>
        </w:div>
        <w:div w:id="2083290804">
          <w:marLeft w:val="0"/>
          <w:marRight w:val="0"/>
          <w:marTop w:val="240"/>
          <w:marBottom w:val="240"/>
          <w:divBdr>
            <w:top w:val="none" w:sz="0" w:space="0" w:color="auto"/>
            <w:left w:val="none" w:sz="0" w:space="0" w:color="auto"/>
            <w:bottom w:val="none" w:sz="0" w:space="0" w:color="auto"/>
            <w:right w:val="none" w:sz="0" w:space="0" w:color="auto"/>
          </w:divBdr>
        </w:div>
        <w:div w:id="1896427592">
          <w:marLeft w:val="0"/>
          <w:marRight w:val="0"/>
          <w:marTop w:val="0"/>
          <w:marBottom w:val="0"/>
          <w:divBdr>
            <w:top w:val="none" w:sz="0" w:space="0" w:color="auto"/>
            <w:left w:val="none" w:sz="0" w:space="0" w:color="auto"/>
            <w:bottom w:val="none" w:sz="0" w:space="0" w:color="auto"/>
            <w:right w:val="none" w:sz="0" w:space="0" w:color="auto"/>
          </w:divBdr>
        </w:div>
      </w:divsChild>
    </w:div>
    <w:div w:id="1889143987">
      <w:bodyDiv w:val="1"/>
      <w:marLeft w:val="0"/>
      <w:marRight w:val="0"/>
      <w:marTop w:val="0"/>
      <w:marBottom w:val="0"/>
      <w:divBdr>
        <w:top w:val="none" w:sz="0" w:space="0" w:color="auto"/>
        <w:left w:val="none" w:sz="0" w:space="0" w:color="auto"/>
        <w:bottom w:val="none" w:sz="0" w:space="0" w:color="auto"/>
        <w:right w:val="none" w:sz="0" w:space="0" w:color="auto"/>
      </w:divBdr>
      <w:divsChild>
        <w:div w:id="113567899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office@bykerprimary.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715813-1801-46C9-BBC7-F63796209A30}">
  <ds:schemaRefs>
    <ds:schemaRef ds:uri="http://schemas.microsoft.com/sharepoint/v3/contenttype/forms"/>
  </ds:schemaRefs>
</ds:datastoreItem>
</file>

<file path=customXml/itemProps2.xml><?xml version="1.0" encoding="utf-8"?>
<ds:datastoreItem xmlns:ds="http://schemas.openxmlformats.org/officeDocument/2006/customXml" ds:itemID="{65D55C77-2EA2-400C-8FAF-44C978328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7789ab-b9b9-4f85-9b94-56049a5af12e"/>
    <ds:schemaRef ds:uri="332e1b46-940d-401c-abf7-64941e470b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3F12B74A-1761-4AE8-8354-664B9C214105}">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Donnison</cp:lastModifiedBy>
  <cp:revision>2</cp:revision>
  <dcterms:created xsi:type="dcterms:W3CDTF">2026-11-06T14:59:00Z</dcterms:created>
  <dcterms:modified xsi:type="dcterms:W3CDTF">2026-11-06T14:59:00Z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MediaServiceImageTags">
    <vt:lpwstr/>
  </property>
</Properties>
</file>