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43735" w14:textId="35DAA458" w:rsidR="00F44CE2" w:rsidRPr="00A45A5D" w:rsidRDefault="00EB465F">
      <w:pPr>
        <w:pStyle w:val="Title"/>
        <w:jc w:val="center"/>
        <w:rPr>
          <w:rFonts w:cstheme="majorHAnsi"/>
          <w:sz w:val="24"/>
          <w:szCs w:val="24"/>
        </w:rPr>
      </w:pPr>
      <w:r>
        <w:rPr>
          <w:noProof/>
        </w:rPr>
        <mc:AlternateContent>
          <mc:Choice Requires="wps">
            <w:drawing>
              <wp:anchor distT="0" distB="0" distL="114300" distR="114300" simplePos="0" relativeHeight="251659264" behindDoc="0" locked="0" layoutInCell="1" allowOverlap="1" wp14:anchorId="233B5E14" wp14:editId="003D8025">
                <wp:simplePos x="0" y="0"/>
                <wp:positionH relativeFrom="column">
                  <wp:posOffset>-742950</wp:posOffset>
                </wp:positionH>
                <wp:positionV relativeFrom="paragraph">
                  <wp:posOffset>-418465</wp:posOffset>
                </wp:positionV>
                <wp:extent cx="885825" cy="7429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885825" cy="742950"/>
                        </a:xfrm>
                        <a:prstGeom prst="rect">
                          <a:avLst/>
                        </a:prstGeom>
                        <a:solidFill>
                          <a:schemeClr val="lt1"/>
                        </a:solidFill>
                        <a:ln w="6350">
                          <a:solidFill>
                            <a:schemeClr val="bg1"/>
                          </a:solidFill>
                        </a:ln>
                      </wps:spPr>
                      <wps:txbx>
                        <w:txbxContent>
                          <w:p w14:paraId="1658641B" w14:textId="29E169F3" w:rsidR="00EB465F" w:rsidRDefault="00EB465F">
                            <w:pPr>
                              <w:rPr>
                                <w:rFonts w:hint="eastAsia"/>
                              </w:rPr>
                            </w:pPr>
                            <w:r>
                              <w:rPr>
                                <w:noProof/>
                              </w:rPr>
                              <w:drawing>
                                <wp:inline distT="0" distB="0" distL="0" distR="0" wp14:anchorId="47AA55B6" wp14:editId="5DC6FCBC">
                                  <wp:extent cx="781050" cy="755014"/>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ker_letterhead_logo.png"/>
                                          <pic:cNvPicPr/>
                                        </pic:nvPicPr>
                                        <pic:blipFill>
                                          <a:blip r:embed="rId8"/>
                                          <a:stretch>
                                            <a:fillRect/>
                                          </a:stretch>
                                        </pic:blipFill>
                                        <pic:spPr>
                                          <a:xfrm>
                                            <a:off x="0" y="0"/>
                                            <a:ext cx="795105" cy="7686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3B5E14" id="_x0000_t202" coordsize="21600,21600" o:spt="202" path="m,l,21600r21600,l21600,xe">
                <v:stroke joinstyle="miter"/>
                <v:path gradientshapeok="t" o:connecttype="rect"/>
              </v:shapetype>
              <v:shape id="Text Box 2" o:spid="_x0000_s1026" type="#_x0000_t202" style="position:absolute;left:0;text-align:left;margin-left:-58.5pt;margin-top:-32.95pt;width:69.75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" fillcolor="white [3201]" strokecolor="white [3212]" strokeweight=".5pt">
                <v:textbox>
                  <w:txbxContent>
                    <w:p w14:paraId="1658641B" w14:textId="29E169F3" w:rsidR="00EB465F" w:rsidRDefault="00EB465F">
                      <w:pPr>
                        <w:rPr>
                          <w:rFonts w:hint="eastAsia"/>
                        </w:rPr>
                      </w:pPr>
                      <w:r>
                        <w:rPr>
                          <w:noProof/>
                        </w:rPr>
                        <w:drawing>
                          <wp:inline distT="0" distB="0" distL="0" distR="0" wp14:anchorId="47AA55B6" wp14:editId="5DC6FCBC">
                            <wp:extent cx="781050" cy="755014"/>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ker_letterhead_logo.png"/>
                                    <pic:cNvPicPr/>
                                  </pic:nvPicPr>
                                  <pic:blipFill>
                                    <a:blip r:embed="rId8"/>
                                    <a:stretch>
                                      <a:fillRect/>
                                    </a:stretch>
                                  </pic:blipFill>
                                  <pic:spPr>
                                    <a:xfrm>
                                      <a:off x="0" y="0"/>
                                      <a:ext cx="795105" cy="768600"/>
                                    </a:xfrm>
                                    <a:prstGeom prst="rect">
                                      <a:avLst/>
                                    </a:prstGeom>
                                  </pic:spPr>
                                </pic:pic>
                              </a:graphicData>
                            </a:graphic>
                          </wp:inline>
                        </w:drawing>
                      </w:r>
                    </w:p>
                  </w:txbxContent>
                </v:textbox>
              </v:shape>
            </w:pict>
          </mc:Fallback>
        </mc:AlternateContent>
      </w:r>
      <w:r w:rsidRPr="00A45A5D">
        <w:rPr>
          <w:rFonts w:cstheme="majorHAnsi"/>
          <w:sz w:val="24"/>
          <w:szCs w:val="24"/>
        </w:rPr>
        <w:t>BYKER PRIMARY SCHOOL</w:t>
      </w:r>
    </w:p>
    <w:p w14:paraId="1CA6BAB5" w14:textId="77777777" w:rsidR="00F44CE2" w:rsidRPr="00A45A5D" w:rsidRDefault="00EB465F">
      <w:pPr>
        <w:jc w:val="center"/>
        <w:rPr>
          <w:rFonts w:asciiTheme="majorHAnsi" w:hAnsiTheme="majorHAnsi" w:cstheme="majorHAnsi"/>
          <w:sz w:val="24"/>
          <w:szCs w:val="24"/>
        </w:rPr>
      </w:pPr>
      <w:r w:rsidRPr="00A45A5D">
        <w:rPr>
          <w:rFonts w:asciiTheme="majorHAnsi" w:hAnsiTheme="majorHAnsi" w:cstheme="majorHAnsi"/>
          <w:b/>
          <w:color w:val="2B69A7"/>
          <w:sz w:val="24"/>
          <w:szCs w:val="24"/>
        </w:rPr>
        <w:t>AUTUMN 1 • END-OF-HALF-TERM NEWSLETTER • OCTOBER 2026</w:t>
      </w:r>
    </w:p>
    <w:p w14:paraId="43556C0C" w14:textId="77777777" w:rsidR="00F44CE2" w:rsidRPr="00A45A5D" w:rsidRDefault="00EB465F">
      <w:pPr>
        <w:jc w:val="center"/>
        <w:rPr>
          <w:rFonts w:asciiTheme="majorHAnsi" w:hAnsiTheme="majorHAnsi" w:cstheme="majorHAnsi"/>
          <w:sz w:val="24"/>
          <w:szCs w:val="24"/>
        </w:rPr>
      </w:pPr>
      <w:r w:rsidRPr="00A45A5D">
        <w:rPr>
          <w:rFonts w:asciiTheme="majorHAnsi" w:hAnsiTheme="majorHAnsi" w:cstheme="majorHAnsi"/>
          <w:i/>
          <w:sz w:val="24"/>
          <w:szCs w:val="24"/>
        </w:rPr>
        <w:t>Together, we learn. Together, we grow. Together, we thrive.</w:t>
      </w:r>
    </w:p>
    <w:p w14:paraId="20AA3B40" w14:textId="77777777" w:rsidR="00F44CE2" w:rsidRPr="00A45A5D" w:rsidRDefault="00EB465F">
      <w:pPr>
        <w:rPr>
          <w:rFonts w:asciiTheme="majorHAnsi" w:hAnsiTheme="majorHAnsi" w:cstheme="majorHAnsi"/>
          <w:sz w:val="24"/>
          <w:szCs w:val="24"/>
        </w:rPr>
      </w:pPr>
      <w:r w:rsidRPr="00A45A5D">
        <w:rPr>
          <w:rFonts w:asciiTheme="majorHAnsi" w:hAnsiTheme="majorHAnsi" w:cstheme="majorHAnsi"/>
          <w:sz w:val="24"/>
          <w:szCs w:val="24"/>
        </w:rPr>
        <w:t xml:space="preserve">Dear Parents and </w:t>
      </w:r>
      <w:proofErr w:type="spellStart"/>
      <w:r w:rsidRPr="00A45A5D">
        <w:rPr>
          <w:rFonts w:asciiTheme="majorHAnsi" w:hAnsiTheme="majorHAnsi" w:cstheme="majorHAnsi"/>
          <w:sz w:val="24"/>
          <w:szCs w:val="24"/>
        </w:rPr>
        <w:t>Carers</w:t>
      </w:r>
      <w:proofErr w:type="spellEnd"/>
      <w:r w:rsidRPr="00A45A5D">
        <w:rPr>
          <w:rFonts w:asciiTheme="majorHAnsi" w:hAnsiTheme="majorHAnsi" w:cstheme="majorHAnsi"/>
          <w:sz w:val="24"/>
          <w:szCs w:val="24"/>
        </w:rPr>
        <w:t>,</w:t>
      </w:r>
      <w:r w:rsidRPr="00A45A5D">
        <w:rPr>
          <w:rFonts w:asciiTheme="majorHAnsi" w:hAnsiTheme="majorHAnsi" w:cstheme="majorHAnsi"/>
          <w:sz w:val="24"/>
          <w:szCs w:val="24"/>
        </w:rPr>
        <w:br/>
      </w:r>
      <w:r w:rsidRPr="00A45A5D">
        <w:rPr>
          <w:rFonts w:asciiTheme="majorHAnsi" w:hAnsiTheme="majorHAnsi" w:cstheme="majorHAnsi"/>
          <w:sz w:val="24"/>
          <w:szCs w:val="24"/>
        </w:rPr>
        <w:br/>
        <w:t>What a busy and positive first half term of the new school year! Our children have returned ready to learn, make friends, try new experiences and show what it means to be part of Byker Primary. I am incredibly proud of their enthusiasm, resilience and kindness. Thank you to our families and staff for helping everyone settle so well.</w:t>
      </w:r>
    </w:p>
    <w:p w14:paraId="7941283F" w14:textId="77777777" w:rsidR="00F44CE2" w:rsidRPr="00A45A5D" w:rsidRDefault="00EB465F">
      <w:pPr>
        <w:pStyle w:val="Heading1"/>
        <w:rPr>
          <w:rFonts w:cstheme="majorHAnsi"/>
          <w:sz w:val="24"/>
          <w:szCs w:val="24"/>
        </w:rPr>
      </w:pPr>
      <w:r w:rsidRPr="00A45A5D">
        <w:rPr>
          <w:rFonts w:cstheme="majorHAnsi"/>
          <w:sz w:val="24"/>
          <w:szCs w:val="24"/>
        </w:rPr>
        <w:t>Our values in action</w:t>
      </w:r>
    </w:p>
    <w:p w14:paraId="53B1E635" w14:textId="49DD89A2" w:rsidR="00F44CE2" w:rsidRDefault="00EB465F">
      <w:pPr>
        <w:rPr>
          <w:rFonts w:asciiTheme="majorHAnsi" w:hAnsiTheme="majorHAnsi" w:cstheme="majorHAnsi"/>
          <w:sz w:val="24"/>
          <w:szCs w:val="24"/>
        </w:rPr>
      </w:pPr>
      <w:r w:rsidRPr="00A45A5D">
        <w:rPr>
          <w:rFonts w:asciiTheme="majorHAnsi" w:hAnsiTheme="majorHAnsi" w:cstheme="majorHAnsi"/>
          <w:sz w:val="24"/>
          <w:szCs w:val="24"/>
        </w:rPr>
        <w:t>This half term we have relaunched our school vision and values, encouraging children to be respectful, resilient, collaborative, ambitious and confident communicators. Assemblies and classroom conversations have helped pupils think about inclusion, belonging, democracy, Black History Month and treating one another with care. We are delighted to see these values reflected in everyday school life.</w:t>
      </w:r>
    </w:p>
    <w:p w14:paraId="3C8B1F38" w14:textId="77777777" w:rsidR="00A45A5D" w:rsidRPr="00A45A5D" w:rsidRDefault="00A45A5D" w:rsidP="00A45A5D">
      <w:pPr>
        <w:pStyle w:val="Heading1"/>
        <w:rPr>
          <w:rFonts w:cstheme="majorHAnsi"/>
          <w:sz w:val="24"/>
          <w:szCs w:val="24"/>
        </w:rPr>
      </w:pPr>
      <w:r w:rsidRPr="00A45A5D">
        <w:rPr>
          <w:rFonts w:cstheme="majorHAnsi"/>
          <w:sz w:val="24"/>
          <w:szCs w:val="24"/>
        </w:rPr>
        <w:t>A school where everyone belongs</w:t>
      </w:r>
    </w:p>
    <w:p w14:paraId="40396CA7" w14:textId="77777777" w:rsidR="00A45A5D" w:rsidRPr="00A45A5D" w:rsidRDefault="00A45A5D" w:rsidP="00A45A5D">
      <w:pPr>
        <w:rPr>
          <w:rFonts w:asciiTheme="majorHAnsi" w:hAnsiTheme="majorHAnsi" w:cstheme="majorHAnsi"/>
          <w:sz w:val="24"/>
          <w:szCs w:val="24"/>
        </w:rPr>
      </w:pPr>
      <w:r w:rsidRPr="00A45A5D">
        <w:rPr>
          <w:rFonts w:asciiTheme="majorHAnsi" w:hAnsiTheme="majorHAnsi" w:cstheme="majorHAnsi"/>
          <w:sz w:val="24"/>
          <w:szCs w:val="24"/>
        </w:rPr>
        <w:t xml:space="preserve">We have continued improving the support available to all children, including calm, supportive learning spaces, consistent routines and classroom strategies that help pupils communicate, manage emotions and engage with learning. The Director of Education recently </w:t>
      </w:r>
      <w:proofErr w:type="spellStart"/>
      <w:r w:rsidRPr="00A45A5D">
        <w:rPr>
          <w:rFonts w:asciiTheme="majorHAnsi" w:hAnsiTheme="majorHAnsi" w:cstheme="majorHAnsi"/>
          <w:sz w:val="24"/>
          <w:szCs w:val="24"/>
        </w:rPr>
        <w:t>recognised</w:t>
      </w:r>
      <w:proofErr w:type="spellEnd"/>
      <w:r w:rsidRPr="00A45A5D">
        <w:rPr>
          <w:rFonts w:asciiTheme="majorHAnsi" w:hAnsiTheme="majorHAnsi" w:cstheme="majorHAnsi"/>
          <w:sz w:val="24"/>
          <w:szCs w:val="24"/>
        </w:rPr>
        <w:t xml:space="preserve"> the progress in our universal social, emotional and mental health provision during a school visit. We are pleased that this work is helping us make Byker a welcoming and inclusive place for every child.</w:t>
      </w:r>
    </w:p>
    <w:p w14:paraId="2A48A209" w14:textId="77777777" w:rsidR="00A45A5D" w:rsidRPr="00A45A5D" w:rsidRDefault="00A45A5D" w:rsidP="00A45A5D">
      <w:pPr>
        <w:pStyle w:val="Heading1"/>
        <w:rPr>
          <w:rFonts w:cstheme="majorHAnsi"/>
          <w:sz w:val="24"/>
          <w:szCs w:val="24"/>
        </w:rPr>
      </w:pPr>
      <w:r w:rsidRPr="00A45A5D">
        <w:rPr>
          <w:rFonts w:cstheme="majorHAnsi"/>
          <w:sz w:val="24"/>
          <w:szCs w:val="24"/>
        </w:rPr>
        <w:t>Learning beyond the classroom</w:t>
      </w:r>
    </w:p>
    <w:p w14:paraId="49FBC93A" w14:textId="77777777" w:rsidR="00D32665" w:rsidRPr="00D32665" w:rsidRDefault="00D32665" w:rsidP="00D32665">
      <w:pPr>
        <w:shd w:val="clear" w:color="auto" w:fill="FFFFFF"/>
        <w:spacing w:after="0" w:line="240" w:lineRule="auto"/>
        <w:textAlignment w:val="baseline"/>
        <w:rPr>
          <w:rFonts w:asciiTheme="majorHAnsi" w:eastAsia="Times New Roman" w:hAnsiTheme="majorHAnsi" w:cstheme="majorHAnsi"/>
          <w:color w:val="000000"/>
          <w:sz w:val="24"/>
          <w:szCs w:val="24"/>
          <w:lang w:val="en-GB" w:eastAsia="en-GB"/>
        </w:rPr>
      </w:pPr>
      <w:r w:rsidRPr="00D32665">
        <w:rPr>
          <w:rFonts w:asciiTheme="majorHAnsi" w:eastAsia="Times New Roman" w:hAnsiTheme="majorHAnsi" w:cstheme="majorHAnsi"/>
          <w:color w:val="000000"/>
          <w:sz w:val="24"/>
          <w:szCs w:val="24"/>
          <w:lang w:val="en-GB" w:eastAsia="en-GB"/>
        </w:rPr>
        <w:t xml:space="preserve">Over the past 8 weeks this has included: geography field work in Byker, Ouseburn, Northumberland Street and Tyne mouth, science and art exploration at the Life Centre and </w:t>
      </w:r>
      <w:proofErr w:type="spellStart"/>
      <w:r w:rsidRPr="00D32665">
        <w:rPr>
          <w:rFonts w:asciiTheme="majorHAnsi" w:eastAsia="Times New Roman" w:hAnsiTheme="majorHAnsi" w:cstheme="majorHAnsi"/>
          <w:color w:val="000000"/>
          <w:sz w:val="24"/>
          <w:szCs w:val="24"/>
          <w:lang w:val="en-GB" w:eastAsia="en-GB"/>
        </w:rPr>
        <w:t>Gibside</w:t>
      </w:r>
      <w:proofErr w:type="spellEnd"/>
      <w:r w:rsidRPr="00D32665">
        <w:rPr>
          <w:rFonts w:asciiTheme="majorHAnsi" w:eastAsia="Times New Roman" w:hAnsiTheme="majorHAnsi" w:cstheme="majorHAnsi"/>
          <w:color w:val="000000"/>
          <w:sz w:val="24"/>
          <w:szCs w:val="24"/>
          <w:lang w:val="en-GB" w:eastAsia="en-GB"/>
        </w:rPr>
        <w:t xml:space="preserve"> National Trust, Library time at Byker Library, swimming at East End Pool, Design Technology healthy food exploration in school and at the Lighthouse project, and High School experiences at Walker Riverside. These opportunities help children make connections between what they learn in lessons and the world around them.</w:t>
      </w:r>
    </w:p>
    <w:p w14:paraId="4F324206" w14:textId="77777777" w:rsidR="00F44CE2" w:rsidRPr="00A45A5D" w:rsidRDefault="00EB465F">
      <w:pPr>
        <w:pStyle w:val="Heading1"/>
        <w:rPr>
          <w:rFonts w:cstheme="majorHAnsi"/>
          <w:sz w:val="24"/>
          <w:szCs w:val="24"/>
        </w:rPr>
      </w:pPr>
      <w:r w:rsidRPr="00A45A5D">
        <w:rPr>
          <w:rFonts w:cstheme="majorHAnsi"/>
          <w:sz w:val="24"/>
          <w:szCs w:val="24"/>
        </w:rPr>
        <w:t>Keeping each other safe</w:t>
      </w:r>
    </w:p>
    <w:p w14:paraId="561BC7E1" w14:textId="3E5C9F59" w:rsidR="00F44CE2" w:rsidRPr="00A45A5D" w:rsidRDefault="00EB465F">
      <w:pPr>
        <w:rPr>
          <w:rFonts w:asciiTheme="majorHAnsi" w:hAnsiTheme="majorHAnsi" w:cstheme="majorHAnsi"/>
          <w:sz w:val="24"/>
          <w:szCs w:val="24"/>
        </w:rPr>
      </w:pPr>
      <w:r w:rsidRPr="00A45A5D">
        <w:rPr>
          <w:rFonts w:asciiTheme="majorHAnsi" w:hAnsiTheme="majorHAnsi" w:cstheme="majorHAnsi"/>
          <w:sz w:val="24"/>
          <w:szCs w:val="24"/>
        </w:rPr>
        <w:t>Children have taken part in age-appropriate allergy awareness learning and assemblies, while all staff have completed Kitt Medical allergy training. We want every child to understand the importance of looking after themselves and one another.</w:t>
      </w:r>
      <w:r w:rsidR="00A45A5D">
        <w:rPr>
          <w:rFonts w:asciiTheme="majorHAnsi" w:hAnsiTheme="majorHAnsi" w:cstheme="majorHAnsi"/>
          <w:sz w:val="24"/>
          <w:szCs w:val="24"/>
        </w:rPr>
        <w:t xml:space="preserve">  Next half </w:t>
      </w:r>
      <w:r w:rsidR="00A45A5D">
        <w:rPr>
          <w:rFonts w:asciiTheme="majorHAnsi" w:hAnsiTheme="majorHAnsi" w:cstheme="majorHAnsi"/>
          <w:sz w:val="24"/>
          <w:szCs w:val="24"/>
        </w:rPr>
        <w:lastRenderedPageBreak/>
        <w:t>term we will be reviewing fire and firework safety with all children ahead of Bonfire Night.</w:t>
      </w:r>
    </w:p>
    <w:p w14:paraId="02CFEB91" w14:textId="77777777" w:rsidR="00F44CE2" w:rsidRPr="00A45A5D" w:rsidRDefault="00EB465F">
      <w:pPr>
        <w:pStyle w:val="Heading1"/>
        <w:rPr>
          <w:rFonts w:cstheme="majorHAnsi"/>
          <w:sz w:val="24"/>
          <w:szCs w:val="24"/>
        </w:rPr>
      </w:pPr>
      <w:r w:rsidRPr="00A45A5D">
        <w:rPr>
          <w:rFonts w:cstheme="majorHAnsi"/>
          <w:sz w:val="24"/>
          <w:szCs w:val="24"/>
        </w:rPr>
        <w:t>Thank you for your patience</w:t>
      </w:r>
    </w:p>
    <w:p w14:paraId="7D8CD192" w14:textId="0824AC2E" w:rsidR="00F44CE2" w:rsidRPr="00A45A5D" w:rsidRDefault="00EB465F">
      <w:pPr>
        <w:rPr>
          <w:rFonts w:asciiTheme="majorHAnsi" w:hAnsiTheme="majorHAnsi" w:cstheme="majorHAnsi"/>
          <w:sz w:val="24"/>
          <w:szCs w:val="24"/>
        </w:rPr>
      </w:pPr>
      <w:r w:rsidRPr="00A45A5D">
        <w:rPr>
          <w:rFonts w:asciiTheme="majorHAnsi" w:hAnsiTheme="majorHAnsi" w:cstheme="majorHAnsi"/>
          <w:sz w:val="24"/>
          <w:szCs w:val="24"/>
        </w:rPr>
        <w:t xml:space="preserve">Our new toilet facilities and </w:t>
      </w:r>
      <w:r w:rsidR="00A45A5D">
        <w:rPr>
          <w:rFonts w:asciiTheme="majorHAnsi" w:hAnsiTheme="majorHAnsi" w:cstheme="majorHAnsi"/>
          <w:sz w:val="24"/>
          <w:szCs w:val="24"/>
        </w:rPr>
        <w:t xml:space="preserve">playground </w:t>
      </w:r>
      <w:r w:rsidRPr="00A45A5D">
        <w:rPr>
          <w:rFonts w:asciiTheme="majorHAnsi" w:hAnsiTheme="majorHAnsi" w:cstheme="majorHAnsi"/>
          <w:sz w:val="24"/>
          <w:szCs w:val="24"/>
        </w:rPr>
        <w:t>developments have continued alongside the school day. We know temporary changes to access routes have not always been easy, and we are grateful to families, children and staff for working together so positively. Safety remains our priority as the works progress, and we will continue to share updates.</w:t>
      </w:r>
      <w:r w:rsidR="00A45A5D">
        <w:rPr>
          <w:rFonts w:asciiTheme="majorHAnsi" w:hAnsiTheme="majorHAnsi" w:cstheme="majorHAnsi"/>
          <w:sz w:val="24"/>
          <w:szCs w:val="24"/>
        </w:rPr>
        <w:t xml:space="preserve">  We hope that the toilets will be completed during the first week back following half term, however material delays have slowed down our playground developments.</w:t>
      </w:r>
    </w:p>
    <w:p w14:paraId="25C2C486" w14:textId="1A87036A" w:rsidR="00A45A5D" w:rsidRDefault="00A45A5D">
      <w:pPr>
        <w:pStyle w:val="Heading1"/>
        <w:rPr>
          <w:rFonts w:cstheme="majorHAnsi"/>
          <w:sz w:val="24"/>
          <w:szCs w:val="24"/>
        </w:rPr>
      </w:pPr>
      <w:r>
        <w:rPr>
          <w:rFonts w:cstheme="majorHAnsi"/>
          <w:sz w:val="24"/>
          <w:szCs w:val="24"/>
        </w:rPr>
        <w:t>Dedicated Service</w:t>
      </w:r>
    </w:p>
    <w:p w14:paraId="1E6CFABB" w14:textId="51FB8217" w:rsidR="00A45A5D" w:rsidRPr="00A45A5D" w:rsidRDefault="00A45A5D" w:rsidP="00A45A5D">
      <w:pPr>
        <w:shd w:val="clear" w:color="auto" w:fill="FFFFFF"/>
        <w:spacing w:after="160" w:line="240" w:lineRule="auto"/>
        <w:textAlignment w:val="baseline"/>
        <w:rPr>
          <w:rFonts w:asciiTheme="majorHAnsi" w:eastAsia="Times New Roman" w:hAnsiTheme="majorHAnsi" w:cstheme="majorHAnsi"/>
          <w:color w:val="000000"/>
          <w:sz w:val="24"/>
          <w:szCs w:val="24"/>
          <w:lang w:val="en-GB" w:eastAsia="en-GB"/>
        </w:rPr>
      </w:pPr>
      <w:r w:rsidRPr="00A45A5D">
        <w:rPr>
          <w:rFonts w:asciiTheme="majorHAnsi" w:eastAsia="Times New Roman" w:hAnsiTheme="majorHAnsi" w:cstheme="majorHAnsi"/>
          <w:color w:val="000000"/>
          <w:sz w:val="24"/>
          <w:szCs w:val="24"/>
          <w:lang w:val="en-GB" w:eastAsia="en-GB"/>
        </w:rPr>
        <w:t>After more than 28 years of dedicated service to the children, families and community of</w:t>
      </w:r>
      <w:r>
        <w:rPr>
          <w:rFonts w:asciiTheme="majorHAnsi" w:eastAsia="Times New Roman" w:hAnsiTheme="majorHAnsi" w:cstheme="majorHAnsi"/>
          <w:color w:val="000000"/>
          <w:sz w:val="24"/>
          <w:szCs w:val="24"/>
          <w:lang w:val="en-GB" w:eastAsia="en-GB"/>
        </w:rPr>
        <w:t xml:space="preserve"> </w:t>
      </w:r>
      <w:r w:rsidRPr="00A45A5D">
        <w:rPr>
          <w:rFonts w:asciiTheme="majorHAnsi" w:eastAsia="Times New Roman" w:hAnsiTheme="majorHAnsi" w:cstheme="majorHAnsi"/>
          <w:color w:val="000000"/>
          <w:sz w:val="24"/>
          <w:szCs w:val="24"/>
          <w:lang w:val="en-GB" w:eastAsia="en-GB"/>
        </w:rPr>
        <w:t xml:space="preserve">Byker Primary School, </w:t>
      </w:r>
      <w:r>
        <w:rPr>
          <w:rFonts w:asciiTheme="majorHAnsi" w:eastAsia="Times New Roman" w:hAnsiTheme="majorHAnsi" w:cstheme="majorHAnsi"/>
          <w:color w:val="000000"/>
          <w:sz w:val="24"/>
          <w:szCs w:val="24"/>
          <w:lang w:val="en-GB" w:eastAsia="en-GB"/>
        </w:rPr>
        <w:t xml:space="preserve">Mrs </w:t>
      </w:r>
      <w:proofErr w:type="spellStart"/>
      <w:r>
        <w:rPr>
          <w:rFonts w:asciiTheme="majorHAnsi" w:eastAsia="Times New Roman" w:hAnsiTheme="majorHAnsi" w:cstheme="majorHAnsi"/>
          <w:color w:val="000000"/>
          <w:sz w:val="24"/>
          <w:szCs w:val="24"/>
          <w:lang w:val="en-GB" w:eastAsia="en-GB"/>
        </w:rPr>
        <w:t>Brumwell</w:t>
      </w:r>
      <w:proofErr w:type="spellEnd"/>
      <w:r>
        <w:rPr>
          <w:rFonts w:asciiTheme="majorHAnsi" w:eastAsia="Times New Roman" w:hAnsiTheme="majorHAnsi" w:cstheme="majorHAnsi"/>
          <w:color w:val="000000"/>
          <w:sz w:val="24"/>
          <w:szCs w:val="24"/>
          <w:lang w:val="en-GB" w:eastAsia="en-GB"/>
        </w:rPr>
        <w:t>-Wright</w:t>
      </w:r>
      <w:r w:rsidRPr="00A45A5D">
        <w:rPr>
          <w:rFonts w:asciiTheme="majorHAnsi" w:eastAsia="Times New Roman" w:hAnsiTheme="majorHAnsi" w:cstheme="majorHAnsi"/>
          <w:color w:val="000000"/>
          <w:sz w:val="24"/>
          <w:szCs w:val="24"/>
          <w:lang w:val="en-GB" w:eastAsia="en-GB"/>
        </w:rPr>
        <w:t xml:space="preserve"> has made the difficult decision to move on. During her</w:t>
      </w:r>
      <w:r>
        <w:rPr>
          <w:rFonts w:asciiTheme="majorHAnsi" w:eastAsia="Times New Roman" w:hAnsiTheme="majorHAnsi" w:cstheme="majorHAnsi"/>
          <w:color w:val="000000"/>
          <w:sz w:val="24"/>
          <w:szCs w:val="24"/>
          <w:lang w:val="en-GB" w:eastAsia="en-GB"/>
        </w:rPr>
        <w:t xml:space="preserve"> </w:t>
      </w:r>
      <w:r w:rsidRPr="00A45A5D">
        <w:rPr>
          <w:rFonts w:asciiTheme="majorHAnsi" w:eastAsia="Times New Roman" w:hAnsiTheme="majorHAnsi" w:cstheme="majorHAnsi"/>
          <w:color w:val="000000"/>
          <w:sz w:val="24"/>
          <w:szCs w:val="24"/>
          <w:lang w:val="en-GB" w:eastAsia="en-GB"/>
        </w:rPr>
        <w:t>time at the school</w:t>
      </w:r>
      <w:r>
        <w:rPr>
          <w:rFonts w:asciiTheme="majorHAnsi" w:eastAsia="Times New Roman" w:hAnsiTheme="majorHAnsi" w:cstheme="majorHAnsi"/>
          <w:color w:val="000000"/>
          <w:sz w:val="24"/>
          <w:szCs w:val="24"/>
          <w:lang w:val="en-GB" w:eastAsia="en-GB"/>
        </w:rPr>
        <w:t xml:space="preserve"> Mrs </w:t>
      </w:r>
      <w:proofErr w:type="spellStart"/>
      <w:r>
        <w:rPr>
          <w:rFonts w:asciiTheme="majorHAnsi" w:eastAsia="Times New Roman" w:hAnsiTheme="majorHAnsi" w:cstheme="majorHAnsi"/>
          <w:color w:val="000000"/>
          <w:sz w:val="24"/>
          <w:szCs w:val="24"/>
          <w:lang w:val="en-GB" w:eastAsia="en-GB"/>
        </w:rPr>
        <w:t>Brumwell</w:t>
      </w:r>
      <w:proofErr w:type="spellEnd"/>
      <w:r>
        <w:rPr>
          <w:rFonts w:asciiTheme="majorHAnsi" w:eastAsia="Times New Roman" w:hAnsiTheme="majorHAnsi" w:cstheme="majorHAnsi"/>
          <w:color w:val="000000"/>
          <w:sz w:val="24"/>
          <w:szCs w:val="24"/>
          <w:lang w:val="en-GB" w:eastAsia="en-GB"/>
        </w:rPr>
        <w:t>-Wright</w:t>
      </w:r>
      <w:r w:rsidRPr="00A45A5D">
        <w:rPr>
          <w:rFonts w:asciiTheme="majorHAnsi" w:eastAsia="Times New Roman" w:hAnsiTheme="majorHAnsi" w:cstheme="majorHAnsi"/>
          <w:color w:val="000000"/>
          <w:sz w:val="24"/>
          <w:szCs w:val="24"/>
          <w:lang w:val="en-GB" w:eastAsia="en-GB"/>
        </w:rPr>
        <w:t xml:space="preserve"> has made an enormous contribution to the lives of countless</w:t>
      </w:r>
      <w:r>
        <w:rPr>
          <w:rFonts w:asciiTheme="majorHAnsi" w:eastAsia="Times New Roman" w:hAnsiTheme="majorHAnsi" w:cstheme="majorHAnsi"/>
          <w:color w:val="000000"/>
          <w:sz w:val="24"/>
          <w:szCs w:val="24"/>
          <w:lang w:val="en-GB" w:eastAsia="en-GB"/>
        </w:rPr>
        <w:t xml:space="preserve"> </w:t>
      </w:r>
      <w:r w:rsidRPr="00A45A5D">
        <w:rPr>
          <w:rFonts w:asciiTheme="majorHAnsi" w:eastAsia="Times New Roman" w:hAnsiTheme="majorHAnsi" w:cstheme="majorHAnsi"/>
          <w:color w:val="000000"/>
          <w:sz w:val="24"/>
          <w:szCs w:val="24"/>
          <w:lang w:val="en-GB" w:eastAsia="en-GB"/>
        </w:rPr>
        <w:t>children, advocating tirelessly for their welfare and wellbeing. We thank her for everything</w:t>
      </w:r>
      <w:r>
        <w:rPr>
          <w:rFonts w:asciiTheme="majorHAnsi" w:eastAsia="Times New Roman" w:hAnsiTheme="majorHAnsi" w:cstheme="majorHAnsi"/>
          <w:color w:val="000000"/>
          <w:sz w:val="24"/>
          <w:szCs w:val="24"/>
          <w:lang w:val="en-GB" w:eastAsia="en-GB"/>
        </w:rPr>
        <w:t xml:space="preserve"> </w:t>
      </w:r>
      <w:r w:rsidRPr="00A45A5D">
        <w:rPr>
          <w:rFonts w:asciiTheme="majorHAnsi" w:eastAsia="Times New Roman" w:hAnsiTheme="majorHAnsi" w:cstheme="majorHAnsi"/>
          <w:color w:val="000000"/>
          <w:sz w:val="24"/>
          <w:szCs w:val="24"/>
          <w:lang w:val="en-GB" w:eastAsia="en-GB"/>
        </w:rPr>
        <w:t>she has given to Byker Primary School and wish her every happiness and success in the</w:t>
      </w:r>
      <w:r>
        <w:rPr>
          <w:rFonts w:asciiTheme="majorHAnsi" w:eastAsia="Times New Roman" w:hAnsiTheme="majorHAnsi" w:cstheme="majorHAnsi"/>
          <w:color w:val="000000"/>
          <w:sz w:val="24"/>
          <w:szCs w:val="24"/>
          <w:lang w:val="en-GB" w:eastAsia="en-GB"/>
        </w:rPr>
        <w:t xml:space="preserve"> </w:t>
      </w:r>
      <w:r w:rsidRPr="00A45A5D">
        <w:rPr>
          <w:rFonts w:asciiTheme="majorHAnsi" w:eastAsia="Times New Roman" w:hAnsiTheme="majorHAnsi" w:cstheme="majorHAnsi"/>
          <w:color w:val="000000"/>
          <w:sz w:val="24"/>
          <w:szCs w:val="24"/>
          <w:lang w:val="en-GB" w:eastAsia="en-GB"/>
        </w:rPr>
        <w:t>future.</w:t>
      </w:r>
    </w:p>
    <w:p w14:paraId="55DB9453" w14:textId="62D03537" w:rsidR="00A45A5D" w:rsidRPr="00A45A5D" w:rsidRDefault="00A45A5D" w:rsidP="00A45A5D">
      <w:pPr>
        <w:shd w:val="clear" w:color="auto" w:fill="FFFFFF"/>
        <w:spacing w:after="160" w:line="240" w:lineRule="auto"/>
        <w:textAlignment w:val="baseline"/>
        <w:rPr>
          <w:rFonts w:asciiTheme="majorHAnsi" w:eastAsia="Times New Roman" w:hAnsiTheme="majorHAnsi" w:cstheme="majorHAnsi"/>
          <w:color w:val="000000"/>
          <w:sz w:val="24"/>
          <w:szCs w:val="24"/>
          <w:lang w:val="en-GB" w:eastAsia="en-GB"/>
        </w:rPr>
      </w:pPr>
      <w:r w:rsidRPr="00A45A5D">
        <w:rPr>
          <w:rFonts w:asciiTheme="majorHAnsi" w:eastAsia="Times New Roman" w:hAnsiTheme="majorHAnsi" w:cstheme="majorHAnsi"/>
          <w:b/>
          <w:bCs/>
          <w:color w:val="000000"/>
          <w:sz w:val="24"/>
          <w:szCs w:val="24"/>
          <w:lang w:val="en-GB" w:eastAsia="en-GB"/>
        </w:rPr>
        <w:t>A message from</w:t>
      </w:r>
      <w:r w:rsidR="00EB465F">
        <w:rPr>
          <w:rFonts w:asciiTheme="majorHAnsi" w:eastAsia="Times New Roman" w:hAnsiTheme="majorHAnsi" w:cstheme="majorHAnsi"/>
          <w:b/>
          <w:bCs/>
          <w:color w:val="000000"/>
          <w:sz w:val="24"/>
          <w:szCs w:val="24"/>
          <w:lang w:val="en-GB" w:eastAsia="en-GB"/>
        </w:rPr>
        <w:t xml:space="preserve"> </w:t>
      </w:r>
      <w:r>
        <w:rPr>
          <w:rFonts w:asciiTheme="majorHAnsi" w:eastAsia="Times New Roman" w:hAnsiTheme="majorHAnsi" w:cstheme="majorHAnsi"/>
          <w:b/>
          <w:bCs/>
          <w:color w:val="000000"/>
          <w:sz w:val="24"/>
          <w:szCs w:val="24"/>
          <w:lang w:val="en-GB" w:eastAsia="en-GB"/>
        </w:rPr>
        <w:t xml:space="preserve">Mrs </w:t>
      </w:r>
      <w:proofErr w:type="spellStart"/>
      <w:r>
        <w:rPr>
          <w:rFonts w:asciiTheme="majorHAnsi" w:eastAsia="Times New Roman" w:hAnsiTheme="majorHAnsi" w:cstheme="majorHAnsi"/>
          <w:b/>
          <w:bCs/>
          <w:color w:val="000000"/>
          <w:sz w:val="24"/>
          <w:szCs w:val="24"/>
          <w:lang w:val="en-GB" w:eastAsia="en-GB"/>
        </w:rPr>
        <w:t>Brumwell</w:t>
      </w:r>
      <w:proofErr w:type="spellEnd"/>
      <w:r>
        <w:rPr>
          <w:rFonts w:asciiTheme="majorHAnsi" w:eastAsia="Times New Roman" w:hAnsiTheme="majorHAnsi" w:cstheme="majorHAnsi"/>
          <w:b/>
          <w:bCs/>
          <w:color w:val="000000"/>
          <w:sz w:val="24"/>
          <w:szCs w:val="24"/>
          <w:lang w:val="en-GB" w:eastAsia="en-GB"/>
        </w:rPr>
        <w:t xml:space="preserve"> Wright</w:t>
      </w:r>
      <w:r w:rsidRPr="00A45A5D">
        <w:rPr>
          <w:rFonts w:asciiTheme="majorHAnsi" w:eastAsia="Times New Roman" w:hAnsiTheme="majorHAnsi" w:cstheme="majorHAnsi"/>
          <w:b/>
          <w:bCs/>
          <w:color w:val="000000"/>
          <w:sz w:val="24"/>
          <w:szCs w:val="24"/>
          <w:lang w:val="en-GB" w:eastAsia="en-GB"/>
        </w:rPr>
        <w:t>:</w:t>
      </w:r>
    </w:p>
    <w:p w14:paraId="63D61D6D" w14:textId="77777777" w:rsidR="00A45A5D" w:rsidRPr="00A45A5D" w:rsidRDefault="00A45A5D" w:rsidP="00EB465F">
      <w:pPr>
        <w:shd w:val="clear" w:color="auto" w:fill="FFFFFF"/>
        <w:spacing w:after="0" w:line="240" w:lineRule="auto"/>
        <w:jc w:val="both"/>
        <w:textAlignment w:val="baseline"/>
        <w:rPr>
          <w:rFonts w:asciiTheme="majorHAnsi" w:eastAsia="Times New Roman" w:hAnsiTheme="majorHAnsi" w:cstheme="majorHAnsi"/>
          <w:color w:val="000000"/>
          <w:sz w:val="24"/>
          <w:szCs w:val="24"/>
          <w:lang w:val="en-GB" w:eastAsia="en-GB"/>
        </w:rPr>
      </w:pPr>
      <w:r w:rsidRPr="00A45A5D">
        <w:rPr>
          <w:rFonts w:asciiTheme="majorHAnsi" w:eastAsia="Times New Roman" w:hAnsiTheme="majorHAnsi" w:cstheme="majorHAnsi"/>
          <w:color w:val="000000"/>
          <w:sz w:val="24"/>
          <w:szCs w:val="24"/>
          <w:lang w:val="en-GB" w:eastAsia="en-GB"/>
        </w:rPr>
        <w:t>I would like to pass on my warmest wishes to everyone at Byker Primary School and to</w:t>
      </w:r>
    </w:p>
    <w:p w14:paraId="2833C04E" w14:textId="77777777" w:rsidR="00A45A5D" w:rsidRPr="00A45A5D" w:rsidRDefault="00A45A5D" w:rsidP="00EB465F">
      <w:pPr>
        <w:shd w:val="clear" w:color="auto" w:fill="FFFFFF"/>
        <w:spacing w:after="0" w:line="240" w:lineRule="auto"/>
        <w:jc w:val="both"/>
        <w:textAlignment w:val="baseline"/>
        <w:rPr>
          <w:rFonts w:asciiTheme="majorHAnsi" w:eastAsia="Times New Roman" w:hAnsiTheme="majorHAnsi" w:cstheme="majorHAnsi"/>
          <w:color w:val="000000"/>
          <w:sz w:val="24"/>
          <w:szCs w:val="24"/>
          <w:lang w:val="en-GB" w:eastAsia="en-GB"/>
        </w:rPr>
      </w:pPr>
      <w:r w:rsidRPr="00A45A5D">
        <w:rPr>
          <w:rFonts w:asciiTheme="majorHAnsi" w:eastAsia="Times New Roman" w:hAnsiTheme="majorHAnsi" w:cstheme="majorHAnsi"/>
          <w:color w:val="000000"/>
          <w:sz w:val="24"/>
          <w:szCs w:val="24"/>
          <w:lang w:val="en-GB" w:eastAsia="en-GB"/>
        </w:rPr>
        <w:t>thank the families for the privilege and honour of working with them and their children.</w:t>
      </w:r>
    </w:p>
    <w:p w14:paraId="646544C7" w14:textId="77777777" w:rsidR="00A45A5D" w:rsidRPr="00A45A5D" w:rsidRDefault="00A45A5D" w:rsidP="00EB465F">
      <w:pPr>
        <w:shd w:val="clear" w:color="auto" w:fill="FFFFFF"/>
        <w:spacing w:after="0" w:line="240" w:lineRule="auto"/>
        <w:jc w:val="both"/>
        <w:textAlignment w:val="baseline"/>
        <w:rPr>
          <w:rFonts w:asciiTheme="majorHAnsi" w:eastAsia="Times New Roman" w:hAnsiTheme="majorHAnsi" w:cstheme="majorHAnsi"/>
          <w:color w:val="000000"/>
          <w:sz w:val="24"/>
          <w:szCs w:val="24"/>
          <w:lang w:val="en-GB" w:eastAsia="en-GB"/>
        </w:rPr>
      </w:pPr>
      <w:r w:rsidRPr="00A45A5D">
        <w:rPr>
          <w:rFonts w:asciiTheme="majorHAnsi" w:eastAsia="Times New Roman" w:hAnsiTheme="majorHAnsi" w:cstheme="majorHAnsi"/>
          <w:color w:val="000000"/>
          <w:sz w:val="24"/>
          <w:szCs w:val="24"/>
          <w:lang w:val="en-GB" w:eastAsia="en-GB"/>
        </w:rPr>
        <w:t>The children of Byker Primary School have been the heart of everything and the</w:t>
      </w:r>
    </w:p>
    <w:p w14:paraId="27DCB5FF" w14:textId="1E54CEBB" w:rsidR="00241C41" w:rsidRDefault="00A45A5D" w:rsidP="00EB465F">
      <w:pPr>
        <w:shd w:val="clear" w:color="auto" w:fill="FFFFFF"/>
        <w:spacing w:after="0" w:line="240" w:lineRule="auto"/>
        <w:jc w:val="both"/>
        <w:textAlignment w:val="baseline"/>
        <w:rPr>
          <w:rFonts w:asciiTheme="majorHAnsi" w:eastAsia="Times New Roman" w:hAnsiTheme="majorHAnsi" w:cstheme="majorHAnsi"/>
          <w:color w:val="000000"/>
          <w:sz w:val="24"/>
          <w:szCs w:val="24"/>
          <w:lang w:val="en-GB" w:eastAsia="en-GB"/>
        </w:rPr>
      </w:pPr>
      <w:r w:rsidRPr="00A45A5D">
        <w:rPr>
          <w:rFonts w:asciiTheme="majorHAnsi" w:eastAsia="Times New Roman" w:hAnsiTheme="majorHAnsi" w:cstheme="majorHAnsi"/>
          <w:color w:val="000000"/>
          <w:sz w:val="24"/>
          <w:szCs w:val="24"/>
          <w:lang w:val="en-GB" w:eastAsia="en-GB"/>
        </w:rPr>
        <w:t>greatest joy of my career</w:t>
      </w:r>
      <w:r w:rsidR="00241C41">
        <w:rPr>
          <w:rFonts w:asciiTheme="majorHAnsi" w:eastAsia="Times New Roman" w:hAnsiTheme="majorHAnsi" w:cstheme="majorHAnsi"/>
          <w:color w:val="000000"/>
          <w:sz w:val="24"/>
          <w:szCs w:val="24"/>
          <w:lang w:val="en-GB" w:eastAsia="en-GB"/>
        </w:rPr>
        <w:t>.</w:t>
      </w:r>
    </w:p>
    <w:p w14:paraId="7E8985C0" w14:textId="77777777" w:rsidR="00ED6D36" w:rsidRDefault="00ED6D36" w:rsidP="00EB465F">
      <w:pPr>
        <w:shd w:val="clear" w:color="auto" w:fill="FFFFFF"/>
        <w:spacing w:after="0" w:line="240" w:lineRule="auto"/>
        <w:jc w:val="both"/>
        <w:textAlignment w:val="baseline"/>
        <w:rPr>
          <w:rFonts w:asciiTheme="majorHAnsi" w:eastAsia="Times New Roman" w:hAnsiTheme="majorHAnsi" w:cstheme="majorHAnsi"/>
          <w:color w:val="000000"/>
          <w:sz w:val="24"/>
          <w:szCs w:val="24"/>
          <w:lang w:val="en-GB" w:eastAsia="en-GB"/>
        </w:rPr>
      </w:pPr>
    </w:p>
    <w:p w14:paraId="477EAF21" w14:textId="43260C40" w:rsidR="00ED6D36" w:rsidRPr="00EB465F" w:rsidRDefault="00ED6D36" w:rsidP="00EB465F">
      <w:pPr>
        <w:shd w:val="clear" w:color="auto" w:fill="FFFFFF"/>
        <w:spacing w:after="0" w:line="240" w:lineRule="auto"/>
        <w:jc w:val="both"/>
        <w:textAlignment w:val="baseline"/>
        <w:rPr>
          <w:rFonts w:asciiTheme="majorHAnsi" w:eastAsia="Times New Roman" w:hAnsiTheme="majorHAnsi" w:cstheme="majorHAnsi"/>
          <w:color w:val="000000"/>
          <w:sz w:val="24"/>
          <w:szCs w:val="24"/>
          <w:lang w:val="en-GB" w:eastAsia="en-GB"/>
        </w:rPr>
      </w:pPr>
      <w:r>
        <w:rPr>
          <w:rFonts w:asciiTheme="majorHAnsi" w:eastAsia="Times New Roman" w:hAnsiTheme="majorHAnsi" w:cstheme="majorHAnsi"/>
          <w:color w:val="000000"/>
          <w:sz w:val="24"/>
          <w:szCs w:val="24"/>
          <w:lang w:val="en-GB" w:eastAsia="en-GB"/>
        </w:rPr>
        <w:t xml:space="preserve">We also want to wish Mrs Daniel all the best as she </w:t>
      </w:r>
      <w:r w:rsidR="00363F2F">
        <w:rPr>
          <w:rFonts w:asciiTheme="majorHAnsi" w:eastAsia="Times New Roman" w:hAnsiTheme="majorHAnsi" w:cstheme="majorHAnsi"/>
          <w:color w:val="000000"/>
          <w:sz w:val="24"/>
          <w:szCs w:val="24"/>
          <w:lang w:val="en-GB" w:eastAsia="en-GB"/>
        </w:rPr>
        <w:t xml:space="preserve">goes </w:t>
      </w:r>
      <w:r>
        <w:rPr>
          <w:rFonts w:asciiTheme="majorHAnsi" w:eastAsia="Times New Roman" w:hAnsiTheme="majorHAnsi" w:cstheme="majorHAnsi"/>
          <w:color w:val="000000"/>
          <w:sz w:val="24"/>
          <w:szCs w:val="24"/>
          <w:lang w:val="en-GB" w:eastAsia="en-GB"/>
        </w:rPr>
        <w:t xml:space="preserve">back to university to </w:t>
      </w:r>
      <w:r w:rsidR="00363F2F">
        <w:rPr>
          <w:rFonts w:asciiTheme="majorHAnsi" w:eastAsia="Times New Roman" w:hAnsiTheme="majorHAnsi" w:cstheme="majorHAnsi"/>
          <w:color w:val="000000"/>
          <w:sz w:val="24"/>
          <w:szCs w:val="24"/>
          <w:lang w:val="en-GB" w:eastAsia="en-GB"/>
        </w:rPr>
        <w:t xml:space="preserve">study and gain qualifications to become a </w:t>
      </w:r>
      <w:r>
        <w:rPr>
          <w:rFonts w:asciiTheme="majorHAnsi" w:eastAsia="Times New Roman" w:hAnsiTheme="majorHAnsi" w:cstheme="majorHAnsi"/>
          <w:color w:val="000000"/>
          <w:sz w:val="24"/>
          <w:szCs w:val="24"/>
          <w:lang w:val="en-GB" w:eastAsia="en-GB"/>
        </w:rPr>
        <w:t xml:space="preserve">teacher.  </w:t>
      </w:r>
      <w:r w:rsidR="00363F2F">
        <w:rPr>
          <w:rFonts w:asciiTheme="majorHAnsi" w:eastAsia="Times New Roman" w:hAnsiTheme="majorHAnsi" w:cstheme="majorHAnsi"/>
          <w:color w:val="000000"/>
          <w:sz w:val="24"/>
          <w:szCs w:val="24"/>
          <w:lang w:val="en-GB" w:eastAsia="en-GB"/>
        </w:rPr>
        <w:t>She has been a HLTA at Byker primary since 2014 and has supported so many of our children.</w:t>
      </w:r>
    </w:p>
    <w:p w14:paraId="7B61A99E" w14:textId="0F5CC5E8" w:rsidR="00F44CE2" w:rsidRPr="00A45A5D" w:rsidRDefault="00EB465F">
      <w:pPr>
        <w:pStyle w:val="Heading1"/>
        <w:rPr>
          <w:rFonts w:cstheme="majorHAnsi"/>
          <w:sz w:val="24"/>
          <w:szCs w:val="24"/>
        </w:rPr>
      </w:pPr>
      <w:r w:rsidRPr="00A45A5D">
        <w:rPr>
          <w:rFonts w:cstheme="majorHAnsi"/>
          <w:sz w:val="24"/>
          <w:szCs w:val="24"/>
        </w:rPr>
        <w:t>A fi</w:t>
      </w:r>
      <w:r w:rsidR="00595588">
        <w:rPr>
          <w:rFonts w:cstheme="majorHAnsi"/>
          <w:sz w:val="24"/>
          <w:szCs w:val="24"/>
        </w:rPr>
        <w:t>n</w:t>
      </w:r>
      <w:r w:rsidRPr="00A45A5D">
        <w:rPr>
          <w:rFonts w:cstheme="majorHAnsi"/>
          <w:sz w:val="24"/>
          <w:szCs w:val="24"/>
        </w:rPr>
        <w:t>al thank you</w:t>
      </w:r>
    </w:p>
    <w:p w14:paraId="4CE11297" w14:textId="14FF4500" w:rsidR="00A45A5D" w:rsidRPr="00EB465F" w:rsidRDefault="00EB465F">
      <w:pPr>
        <w:rPr>
          <w:rFonts w:asciiTheme="majorHAnsi" w:hAnsiTheme="majorHAnsi" w:cstheme="majorHAnsi"/>
          <w:sz w:val="24"/>
          <w:szCs w:val="24"/>
        </w:rPr>
      </w:pPr>
      <w:r w:rsidRPr="00A45A5D">
        <w:rPr>
          <w:rFonts w:asciiTheme="majorHAnsi" w:hAnsiTheme="majorHAnsi" w:cstheme="majorHAnsi"/>
          <w:sz w:val="24"/>
          <w:szCs w:val="24"/>
        </w:rPr>
        <w:t>Thank you for supporting reading, attendance</w:t>
      </w:r>
      <w:r>
        <w:rPr>
          <w:rFonts w:asciiTheme="majorHAnsi" w:hAnsiTheme="majorHAnsi" w:cstheme="majorHAnsi"/>
          <w:sz w:val="24"/>
          <w:szCs w:val="24"/>
        </w:rPr>
        <w:t xml:space="preserve"> which is starting to improve towards National Averages</w:t>
      </w:r>
      <w:r w:rsidRPr="00A45A5D">
        <w:rPr>
          <w:rFonts w:asciiTheme="majorHAnsi" w:hAnsiTheme="majorHAnsi" w:cstheme="majorHAnsi"/>
          <w:sz w:val="24"/>
          <w:szCs w:val="24"/>
        </w:rPr>
        <w:t>, learning and school events, and for your understanding as we continue to improve our school.</w:t>
      </w:r>
      <w:r w:rsidR="00241C41">
        <w:rPr>
          <w:rFonts w:asciiTheme="majorHAnsi" w:hAnsiTheme="majorHAnsi" w:cstheme="majorHAnsi"/>
          <w:sz w:val="24"/>
          <w:szCs w:val="24"/>
        </w:rPr>
        <w:t xml:space="preserve">  We are </w:t>
      </w:r>
      <w:proofErr w:type="spellStart"/>
      <w:r w:rsidR="00241C41">
        <w:rPr>
          <w:rFonts w:asciiTheme="majorHAnsi" w:hAnsiTheme="majorHAnsi" w:cstheme="majorHAnsi"/>
          <w:sz w:val="24"/>
          <w:szCs w:val="24"/>
        </w:rPr>
        <w:t>greatful</w:t>
      </w:r>
      <w:proofErr w:type="spellEnd"/>
      <w:r w:rsidR="00241C41">
        <w:rPr>
          <w:rFonts w:asciiTheme="majorHAnsi" w:hAnsiTheme="majorHAnsi" w:cstheme="majorHAnsi"/>
          <w:sz w:val="24"/>
          <w:szCs w:val="24"/>
        </w:rPr>
        <w:t xml:space="preserve"> to all who came to our Festival of light craft sessions, and stopped off at our community pop up event.  </w:t>
      </w:r>
      <w:r w:rsidRPr="00A45A5D">
        <w:rPr>
          <w:rFonts w:asciiTheme="majorHAnsi" w:hAnsiTheme="majorHAnsi" w:cstheme="majorHAnsi"/>
          <w:sz w:val="24"/>
          <w:szCs w:val="24"/>
        </w:rPr>
        <w:t xml:space="preserve"> I hope you all enjoy a restful and happy half-term break. We look forward to welcoming everyone back for another exciting half term</w:t>
      </w:r>
      <w:r>
        <w:rPr>
          <w:rFonts w:asciiTheme="majorHAnsi" w:hAnsiTheme="majorHAnsi" w:cstheme="majorHAnsi"/>
          <w:sz w:val="24"/>
          <w:szCs w:val="24"/>
        </w:rPr>
        <w:t xml:space="preserve"> on </w:t>
      </w:r>
      <w:r w:rsidRPr="00EB465F">
        <w:rPr>
          <w:rFonts w:asciiTheme="majorHAnsi" w:hAnsiTheme="majorHAnsi" w:cstheme="majorHAnsi"/>
          <w:b/>
          <w:bCs/>
          <w:sz w:val="24"/>
          <w:szCs w:val="24"/>
        </w:rPr>
        <w:t>Monday 2</w:t>
      </w:r>
      <w:r w:rsidRPr="00EB465F">
        <w:rPr>
          <w:rFonts w:asciiTheme="majorHAnsi" w:hAnsiTheme="majorHAnsi" w:cstheme="majorHAnsi"/>
          <w:b/>
          <w:bCs/>
          <w:sz w:val="24"/>
          <w:szCs w:val="24"/>
          <w:vertAlign w:val="superscript"/>
        </w:rPr>
        <w:t>nd</w:t>
      </w:r>
      <w:r w:rsidRPr="00EB465F">
        <w:rPr>
          <w:rFonts w:asciiTheme="majorHAnsi" w:hAnsiTheme="majorHAnsi" w:cstheme="majorHAnsi"/>
          <w:b/>
          <w:bCs/>
          <w:sz w:val="24"/>
          <w:szCs w:val="24"/>
        </w:rPr>
        <w:t xml:space="preserve"> November 8.45am</w:t>
      </w:r>
      <w:r w:rsidRPr="00A45A5D">
        <w:rPr>
          <w:rFonts w:asciiTheme="majorHAnsi" w:hAnsiTheme="majorHAnsi" w:cstheme="majorHAnsi"/>
          <w:sz w:val="24"/>
          <w:szCs w:val="24"/>
        </w:rPr>
        <w:t>.</w:t>
      </w:r>
      <w:r w:rsidRPr="00A45A5D">
        <w:rPr>
          <w:rFonts w:asciiTheme="majorHAnsi" w:hAnsiTheme="majorHAnsi" w:cstheme="majorHAnsi"/>
          <w:sz w:val="24"/>
          <w:szCs w:val="24"/>
        </w:rPr>
        <w:br/>
      </w:r>
      <w:r w:rsidRPr="00A45A5D">
        <w:rPr>
          <w:rFonts w:asciiTheme="majorHAnsi" w:hAnsiTheme="majorHAnsi" w:cstheme="majorHAnsi"/>
          <w:sz w:val="24"/>
          <w:szCs w:val="24"/>
        </w:rPr>
        <w:br/>
        <w:t>Mrs M Donnison</w:t>
      </w:r>
      <w:r w:rsidRPr="00A45A5D">
        <w:rPr>
          <w:rFonts w:asciiTheme="majorHAnsi" w:hAnsiTheme="majorHAnsi" w:cstheme="majorHAnsi"/>
          <w:sz w:val="24"/>
          <w:szCs w:val="24"/>
        </w:rPr>
        <w:br/>
        <w:t>Headteacher</w:t>
      </w:r>
    </w:p>
    <w:sectPr w:rsidR="00A45A5D" w:rsidRPr="00EB465F" w:rsidSect="00034616">
      <w:footerReference w:type="default" r:id="rId9"/>
      <w:pgSz w:w="12240" w:h="15840"/>
      <w:pgMar w:top="1080" w:right="1800" w:bottom="936" w:left="180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A7E59" w14:textId="77777777" w:rsidR="006E099C" w:rsidRDefault="006E099C">
      <w:pPr>
        <w:spacing w:after="0" w:line="240" w:lineRule="auto"/>
        <w:rPr>
          <w:rFonts w:hint="eastAsia"/>
        </w:rPr>
      </w:pPr>
      <w:r>
        <w:separator/>
      </w:r>
    </w:p>
  </w:endnote>
  <w:endnote w:type="continuationSeparator" w:id="0">
    <w:p w14:paraId="36A1DE97" w14:textId="77777777" w:rsidR="006E099C" w:rsidRDefault="006E099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59D98" w14:textId="77777777" w:rsidR="00F44CE2" w:rsidRDefault="00EB465F">
    <w:pPr>
      <w:pStyle w:val="Footer"/>
      <w:jc w:val="center"/>
      <w:rPr>
        <w:rFonts w:hint="eastAsia"/>
      </w:rPr>
    </w:pPr>
    <w:r>
      <w:t>Byker Primary School  •  www.bykerprimary.org  •  office@bykerprimary.co.uk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080B4" w14:textId="77777777" w:rsidR="006E099C" w:rsidRDefault="006E099C">
      <w:pPr>
        <w:spacing w:after="0" w:line="240" w:lineRule="auto"/>
        <w:rPr>
          <w:rFonts w:hint="eastAsia"/>
        </w:rPr>
      </w:pPr>
      <w:r>
        <w:separator/>
      </w:r>
    </w:p>
  </w:footnote>
  <w:footnote w:type="continuationSeparator" w:id="0">
    <w:p w14:paraId="4AB28ABB" w14:textId="77777777" w:rsidR="006E099C" w:rsidRDefault="006E099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1C41"/>
    <w:rsid w:val="0029639D"/>
    <w:rsid w:val="00326F90"/>
    <w:rsid w:val="00363F2F"/>
    <w:rsid w:val="00560BE8"/>
    <w:rsid w:val="00595588"/>
    <w:rsid w:val="006E099C"/>
    <w:rsid w:val="00A45A5D"/>
    <w:rsid w:val="00AA1D8D"/>
    <w:rsid w:val="00B47730"/>
    <w:rsid w:val="00CB0664"/>
    <w:rsid w:val="00D32665"/>
    <w:rsid w:val="00EB465F"/>
    <w:rsid w:val="00ED6D36"/>
    <w:rsid w:val="00F44CE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6FACCE"/>
  <w14:defaultImageDpi w14:val="300"/>
  <w15:docId w15:val="{124E04F2-E6EB-4B55-9375-065AFFAB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24077"/>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24077"/>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028733">
      <w:bodyDiv w:val="1"/>
      <w:marLeft w:val="0"/>
      <w:marRight w:val="0"/>
      <w:marTop w:val="0"/>
      <w:marBottom w:val="0"/>
      <w:divBdr>
        <w:top w:val="none" w:sz="0" w:space="0" w:color="auto"/>
        <w:left w:val="none" w:sz="0" w:space="0" w:color="auto"/>
        <w:bottom w:val="none" w:sz="0" w:space="0" w:color="auto"/>
        <w:right w:val="none" w:sz="0" w:space="0" w:color="auto"/>
      </w:divBdr>
      <w:divsChild>
        <w:div w:id="1533685808">
          <w:marLeft w:val="0"/>
          <w:marRight w:val="0"/>
          <w:marTop w:val="0"/>
          <w:marBottom w:val="0"/>
          <w:divBdr>
            <w:top w:val="none" w:sz="0" w:space="0" w:color="auto"/>
            <w:left w:val="none" w:sz="0" w:space="0" w:color="auto"/>
            <w:bottom w:val="none" w:sz="0" w:space="0" w:color="auto"/>
            <w:right w:val="none" w:sz="0" w:space="0" w:color="auto"/>
          </w:divBdr>
        </w:div>
      </w:divsChild>
    </w:div>
    <w:div w:id="1350133984">
      <w:bodyDiv w:val="1"/>
      <w:marLeft w:val="0"/>
      <w:marRight w:val="0"/>
      <w:marTop w:val="0"/>
      <w:marBottom w:val="0"/>
      <w:divBdr>
        <w:top w:val="none" w:sz="0" w:space="0" w:color="auto"/>
        <w:left w:val="none" w:sz="0" w:space="0" w:color="auto"/>
        <w:bottom w:val="none" w:sz="0" w:space="0" w:color="auto"/>
        <w:right w:val="none" w:sz="0" w:space="0" w:color="auto"/>
      </w:divBdr>
      <w:divsChild>
        <w:div w:id="631910622">
          <w:marLeft w:val="0"/>
          <w:marRight w:val="0"/>
          <w:marTop w:val="0"/>
          <w:marBottom w:val="160"/>
          <w:divBdr>
            <w:top w:val="none" w:sz="0" w:space="0" w:color="auto"/>
            <w:left w:val="none" w:sz="0" w:space="0" w:color="auto"/>
            <w:bottom w:val="none" w:sz="0" w:space="0" w:color="auto"/>
            <w:right w:val="none" w:sz="0" w:space="0" w:color="auto"/>
          </w:divBdr>
        </w:div>
        <w:div w:id="1491557922">
          <w:marLeft w:val="0"/>
          <w:marRight w:val="0"/>
          <w:marTop w:val="0"/>
          <w:marBottom w:val="160"/>
          <w:divBdr>
            <w:top w:val="none" w:sz="0" w:space="0" w:color="auto"/>
            <w:left w:val="none" w:sz="0" w:space="0" w:color="auto"/>
            <w:bottom w:val="none" w:sz="0" w:space="0" w:color="auto"/>
            <w:right w:val="none" w:sz="0" w:space="0" w:color="auto"/>
          </w:divBdr>
        </w:div>
        <w:div w:id="1426461004">
          <w:marLeft w:val="0"/>
          <w:marRight w:val="0"/>
          <w:marTop w:val="0"/>
          <w:marBottom w:val="160"/>
          <w:divBdr>
            <w:top w:val="none" w:sz="0" w:space="0" w:color="auto"/>
            <w:left w:val="none" w:sz="0" w:space="0" w:color="auto"/>
            <w:bottom w:val="none" w:sz="0" w:space="0" w:color="auto"/>
            <w:right w:val="none" w:sz="0" w:space="0" w:color="auto"/>
          </w:divBdr>
        </w:div>
        <w:div w:id="627006430">
          <w:marLeft w:val="0"/>
          <w:marRight w:val="0"/>
          <w:marTop w:val="0"/>
          <w:marBottom w:val="160"/>
          <w:divBdr>
            <w:top w:val="none" w:sz="0" w:space="0" w:color="auto"/>
            <w:left w:val="none" w:sz="0" w:space="0" w:color="auto"/>
            <w:bottom w:val="none" w:sz="0" w:space="0" w:color="auto"/>
            <w:right w:val="none" w:sz="0" w:space="0" w:color="auto"/>
          </w:divBdr>
        </w:div>
        <w:div w:id="1758625082">
          <w:marLeft w:val="0"/>
          <w:marRight w:val="0"/>
          <w:marTop w:val="0"/>
          <w:marBottom w:val="160"/>
          <w:divBdr>
            <w:top w:val="none" w:sz="0" w:space="0" w:color="auto"/>
            <w:left w:val="none" w:sz="0" w:space="0" w:color="auto"/>
            <w:bottom w:val="none" w:sz="0" w:space="0" w:color="auto"/>
            <w:right w:val="none" w:sz="0" w:space="0" w:color="auto"/>
          </w:divBdr>
        </w:div>
        <w:div w:id="1348868739">
          <w:marLeft w:val="0"/>
          <w:marRight w:val="0"/>
          <w:marTop w:val="0"/>
          <w:marBottom w:val="160"/>
          <w:divBdr>
            <w:top w:val="none" w:sz="0" w:space="0" w:color="auto"/>
            <w:left w:val="none" w:sz="0" w:space="0" w:color="auto"/>
            <w:bottom w:val="none" w:sz="0" w:space="0" w:color="auto"/>
            <w:right w:val="none" w:sz="0" w:space="0" w:color="auto"/>
          </w:divBdr>
        </w:div>
        <w:div w:id="788860634">
          <w:marLeft w:val="0"/>
          <w:marRight w:val="0"/>
          <w:marTop w:val="0"/>
          <w:marBottom w:val="160"/>
          <w:divBdr>
            <w:top w:val="none" w:sz="0" w:space="0" w:color="auto"/>
            <w:left w:val="none" w:sz="0" w:space="0" w:color="auto"/>
            <w:bottom w:val="none" w:sz="0" w:space="0" w:color="auto"/>
            <w:right w:val="none" w:sz="0" w:space="0" w:color="auto"/>
          </w:divBdr>
        </w:div>
        <w:div w:id="1278830909">
          <w:marLeft w:val="0"/>
          <w:marRight w:val="0"/>
          <w:marTop w:val="0"/>
          <w:marBottom w:val="160"/>
          <w:divBdr>
            <w:top w:val="none" w:sz="0" w:space="0" w:color="auto"/>
            <w:left w:val="none" w:sz="0" w:space="0" w:color="auto"/>
            <w:bottom w:val="none" w:sz="0" w:space="0" w:color="auto"/>
            <w:right w:val="none" w:sz="0" w:space="0" w:color="auto"/>
          </w:divBdr>
        </w:div>
        <w:div w:id="1999310747">
          <w:marLeft w:val="0"/>
          <w:marRight w:val="0"/>
          <w:marTop w:val="0"/>
          <w:marBottom w:val="160"/>
          <w:divBdr>
            <w:top w:val="none" w:sz="0" w:space="0" w:color="auto"/>
            <w:left w:val="none" w:sz="0" w:space="0" w:color="auto"/>
            <w:bottom w:val="none" w:sz="0" w:space="0" w:color="auto"/>
            <w:right w:val="none" w:sz="0" w:space="0" w:color="auto"/>
          </w:divBdr>
        </w:div>
        <w:div w:id="889803570">
          <w:marLeft w:val="0"/>
          <w:marRight w:val="0"/>
          <w:marTop w:val="0"/>
          <w:marBottom w:val="160"/>
          <w:divBdr>
            <w:top w:val="none" w:sz="0" w:space="0" w:color="auto"/>
            <w:left w:val="none" w:sz="0" w:space="0" w:color="auto"/>
            <w:bottom w:val="none" w:sz="0" w:space="0" w:color="auto"/>
            <w:right w:val="none" w:sz="0" w:space="0" w:color="auto"/>
          </w:divBdr>
        </w:div>
        <w:div w:id="927738041">
          <w:marLeft w:val="0"/>
          <w:marRight w:val="0"/>
          <w:marTop w:val="0"/>
          <w:marBottom w:val="16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Michelle Donnison</cp:lastModifiedBy>
  <cp:revision>7</cp:revision>
  <cp:lastPrinted>2026-10-19T08:34:00Z</cp:lastPrinted>
  <dcterms:created xsi:type="dcterms:W3CDTF">2026-10-19T08:35:00Z</dcterms:created>
  <dcterms:modified xsi:type="dcterms:W3CDTF">2026-10-22T11:10:00Z</dcterms:modified>
  <cp:category/>
</cp:coreProperties>
</file>