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FB12" w14:textId="160716A3" w:rsidR="00CC3894" w:rsidRPr="00040DF5" w:rsidRDefault="00CC3894">
      <w:pPr>
        <w:spacing w:before="360"/>
        <w:rPr>
          <w:rFonts w:ascii="Arial" w:hAnsi="Arial" w:cs="Arial"/>
        </w:rPr>
      </w:pPr>
      <w:r w:rsidRPr="00040DF5">
        <w:rPr>
          <w:rFonts w:ascii="Arial" w:hAnsi="Arial" w:cs="Arial"/>
        </w:rPr>
        <w:t xml:space="preserve">Dear </w:t>
      </w:r>
      <w:r w:rsidR="0032748C" w:rsidRPr="00040DF5">
        <w:rPr>
          <w:rFonts w:ascii="Arial" w:hAnsi="Arial" w:cs="Arial"/>
        </w:rPr>
        <w:t>Parents</w:t>
      </w:r>
      <w:r w:rsidRPr="00040DF5">
        <w:rPr>
          <w:rFonts w:ascii="Arial" w:hAnsi="Arial" w:cs="Arial"/>
        </w:rPr>
        <w:t xml:space="preserve"> and </w:t>
      </w:r>
      <w:proofErr w:type="spellStart"/>
      <w:r w:rsidRPr="00040DF5">
        <w:rPr>
          <w:rFonts w:ascii="Arial" w:hAnsi="Arial" w:cs="Arial"/>
        </w:rPr>
        <w:t>Carers</w:t>
      </w:r>
      <w:proofErr w:type="spellEnd"/>
      <w:r w:rsidRPr="00040DF5">
        <w:rPr>
          <w:rFonts w:ascii="Arial" w:hAnsi="Arial" w:cs="Arial"/>
        </w:rPr>
        <w:t>,</w:t>
      </w:r>
    </w:p>
    <w:p w14:paraId="6A588857" w14:textId="77777777" w:rsidR="002D7503" w:rsidRPr="00040DF5" w:rsidRDefault="002D7503" w:rsidP="002D7503">
      <w:pPr>
        <w:pStyle w:val="isselectedend"/>
        <w:rPr>
          <w:rFonts w:ascii="Arial" w:hAnsi="Arial" w:cs="Arial"/>
          <w:sz w:val="22"/>
          <w:szCs w:val="22"/>
        </w:rPr>
      </w:pPr>
      <w:r w:rsidRPr="00040DF5">
        <w:rPr>
          <w:rFonts w:ascii="Arial" w:hAnsi="Arial" w:cs="Arial"/>
          <w:sz w:val="22"/>
          <w:szCs w:val="22"/>
        </w:rPr>
        <w:t>A very warm welcome back to all our children and families at Byker Primary School. We hope you have enjoyed a happy and restful summer break and are looking forward to the exciting year ahead.</w:t>
      </w:r>
    </w:p>
    <w:p w14:paraId="0E7E5519" w14:textId="228727AA" w:rsidR="002D7503" w:rsidRPr="00040DF5" w:rsidRDefault="002D7503" w:rsidP="002D7503">
      <w:pPr>
        <w:pStyle w:val="NormalWeb"/>
        <w:rPr>
          <w:rFonts w:ascii="Arial" w:hAnsi="Arial" w:cs="Arial"/>
          <w:sz w:val="22"/>
          <w:szCs w:val="22"/>
        </w:rPr>
      </w:pPr>
      <w:r w:rsidRPr="00040DF5">
        <w:rPr>
          <w:rStyle w:val="Strong"/>
          <w:rFonts w:ascii="Arial" w:hAnsi="Arial" w:cs="Arial"/>
          <w:sz w:val="22"/>
          <w:szCs w:val="22"/>
        </w:rPr>
        <w:t>School will reopen to pupils on Wednesday 2 September 2026 at 8:45am.</w:t>
      </w:r>
    </w:p>
    <w:p w14:paraId="50941356" w14:textId="359E21AA" w:rsidR="006C5BAE" w:rsidRPr="00040DF5" w:rsidRDefault="006C5BAE">
      <w:pPr>
        <w:spacing w:before="360"/>
        <w:rPr>
          <w:rFonts w:ascii="Arial" w:hAnsi="Arial" w:cs="Arial"/>
          <w:b/>
          <w:bCs/>
        </w:rPr>
      </w:pPr>
      <w:r w:rsidRPr="00040DF5">
        <w:rPr>
          <w:rFonts w:ascii="Arial" w:hAnsi="Arial" w:cs="Arial"/>
          <w:b/>
          <w:bCs/>
        </w:rPr>
        <w:t>Building Work:</w:t>
      </w:r>
    </w:p>
    <w:p w14:paraId="7E59B215" w14:textId="77777777" w:rsidR="004A33AC" w:rsidRPr="004A33AC" w:rsidRDefault="004A33AC" w:rsidP="004A33AC">
      <w:p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A number of repairs and improvements have been carried out during the summer holidays. These include:</w:t>
      </w:r>
    </w:p>
    <w:p w14:paraId="5211CBB6" w14:textId="77777777" w:rsidR="004A33AC" w:rsidRPr="004A33AC" w:rsidRDefault="004A33AC" w:rsidP="004A33AC">
      <w:pPr>
        <w:numPr>
          <w:ilvl w:val="0"/>
          <w:numId w:val="12"/>
        </w:num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a new roof;</w:t>
      </w:r>
    </w:p>
    <w:p w14:paraId="0FC0D72B" w14:textId="1192114A" w:rsidR="004A33AC" w:rsidRPr="004A33AC" w:rsidRDefault="004A33AC" w:rsidP="004A33AC">
      <w:pPr>
        <w:numPr>
          <w:ilvl w:val="0"/>
          <w:numId w:val="12"/>
        </w:num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groundwork for the new football court</w:t>
      </w:r>
      <w:r w:rsidRPr="00040DF5">
        <w:rPr>
          <w:rFonts w:ascii="Arial" w:eastAsia="Times New Roman" w:hAnsi="Arial" w:cs="Arial"/>
          <w:lang w:val="en-GB" w:eastAsia="en-GB"/>
        </w:rPr>
        <w:t xml:space="preserve"> due for completion in October 2026</w:t>
      </w:r>
      <w:r w:rsidRPr="004A33AC">
        <w:rPr>
          <w:rFonts w:ascii="Arial" w:eastAsia="Times New Roman" w:hAnsi="Arial" w:cs="Arial"/>
          <w:lang w:val="en-GB" w:eastAsia="en-GB"/>
        </w:rPr>
        <w:t>;</w:t>
      </w:r>
    </w:p>
    <w:p w14:paraId="740B3C1F" w14:textId="77777777" w:rsidR="004A33AC" w:rsidRPr="004A33AC" w:rsidRDefault="004A33AC" w:rsidP="004A33AC">
      <w:pPr>
        <w:numPr>
          <w:ilvl w:val="0"/>
          <w:numId w:val="12"/>
        </w:num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new outdoor furniture for Nursery and Pre-school; and</w:t>
      </w:r>
    </w:p>
    <w:p w14:paraId="6E0E779B" w14:textId="77777777" w:rsidR="004A33AC" w:rsidRPr="004A33AC" w:rsidRDefault="004A33AC" w:rsidP="004A33AC">
      <w:pPr>
        <w:numPr>
          <w:ilvl w:val="0"/>
          <w:numId w:val="12"/>
        </w:num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classroom alterations to create two therapeutic learning spaces.</w:t>
      </w:r>
    </w:p>
    <w:p w14:paraId="3C0F6960" w14:textId="77777777" w:rsidR="004A33AC" w:rsidRPr="004A33AC" w:rsidRDefault="004A33AC" w:rsidP="008047CE">
      <w:p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Work is continuing on the new girls’, boys’ and accessible toilet facilities near the gym. As this work is not yet complete, contractors will continue to require access to certain areas of the school for the next few weeks.</w:t>
      </w:r>
    </w:p>
    <w:p w14:paraId="364A494A" w14:textId="77777777" w:rsidR="004A33AC" w:rsidRPr="004A33AC" w:rsidRDefault="004A33AC" w:rsidP="004A33AC">
      <w:pPr>
        <w:spacing w:before="100" w:beforeAutospacing="1" w:after="100" w:afterAutospacing="1" w:line="240" w:lineRule="auto"/>
        <w:rPr>
          <w:rFonts w:ascii="Arial" w:eastAsia="Times New Roman" w:hAnsi="Arial" w:cs="Arial"/>
          <w:lang w:val="en-GB" w:eastAsia="en-GB"/>
        </w:rPr>
      </w:pPr>
      <w:r w:rsidRPr="004A33AC">
        <w:rPr>
          <w:rFonts w:ascii="Arial" w:eastAsia="Times New Roman" w:hAnsi="Arial" w:cs="Arial"/>
          <w:lang w:val="en-GB" w:eastAsia="en-GB"/>
        </w:rPr>
        <w:t>Appropriate fencing and safety procedures are in place to keep children and families safe and to ensure that all safeguarding requirements are followed. However, the ongoing work means that there will be some temporary changes to how pupils in Years 3–6 enter and leave school.</w:t>
      </w:r>
    </w:p>
    <w:p w14:paraId="5AEA6550" w14:textId="2604D7E8" w:rsidR="004A33AC" w:rsidRPr="004A33AC" w:rsidRDefault="004A33AC" w:rsidP="004A33AC">
      <w:pPr>
        <w:spacing w:before="100" w:beforeAutospacing="1" w:after="100" w:afterAutospacing="1" w:line="240" w:lineRule="auto"/>
        <w:rPr>
          <w:rFonts w:ascii="Arial" w:eastAsia="Times New Roman" w:hAnsi="Arial" w:cs="Arial"/>
          <w:b/>
          <w:bCs/>
          <w:lang w:val="en-GB" w:eastAsia="en-GB"/>
        </w:rPr>
      </w:pPr>
      <w:r w:rsidRPr="004A33AC">
        <w:rPr>
          <w:rFonts w:ascii="Arial" w:eastAsia="Times New Roman" w:hAnsi="Arial" w:cs="Arial"/>
          <w:b/>
          <w:bCs/>
          <w:lang w:val="en-GB" w:eastAsia="en-GB"/>
        </w:rPr>
        <w:t>Please carefully read the arrangements below</w:t>
      </w:r>
      <w:r w:rsidR="005D6D19" w:rsidRPr="00040DF5">
        <w:rPr>
          <w:rFonts w:ascii="Arial" w:eastAsia="Times New Roman" w:hAnsi="Arial" w:cs="Arial"/>
          <w:b/>
          <w:bCs/>
          <w:lang w:val="en-GB" w:eastAsia="en-GB"/>
        </w:rPr>
        <w:t xml:space="preserve"> so you know what you will see on entrance to the main yard and arrangements for drop of and collections:</w:t>
      </w:r>
    </w:p>
    <w:p w14:paraId="588C2875" w14:textId="558D6399" w:rsidR="00AE4258" w:rsidRPr="00040DF5" w:rsidRDefault="0090786C">
      <w:pPr>
        <w:spacing w:before="360"/>
        <w:rPr>
          <w:rFonts w:ascii="Arial" w:hAnsi="Arial" w:cs="Arial"/>
          <w:b/>
          <w:bCs/>
        </w:rPr>
      </w:pPr>
      <w:r w:rsidRPr="00040DF5">
        <w:rPr>
          <w:rFonts w:ascii="Arial" w:hAnsi="Arial" w:cs="Arial"/>
          <w:b/>
          <w:bCs/>
        </w:rPr>
        <w:t xml:space="preserve">       </w:t>
      </w:r>
      <w:r w:rsidR="00A376C3" w:rsidRPr="00040DF5">
        <w:rPr>
          <w:rFonts w:ascii="Arial" w:hAnsi="Arial" w:cs="Arial"/>
          <w:b/>
          <w:bCs/>
          <w:noProof/>
        </w:rPr>
        <w:drawing>
          <wp:inline distT="0" distB="0" distL="0" distR="0" wp14:anchorId="5DC85080" wp14:editId="6C55C454">
            <wp:extent cx="1488996" cy="198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3032" cy="1999876"/>
                    </a:xfrm>
                    <a:prstGeom prst="rect">
                      <a:avLst/>
                    </a:prstGeom>
                    <a:noFill/>
                  </pic:spPr>
                </pic:pic>
              </a:graphicData>
            </a:graphic>
          </wp:inline>
        </w:drawing>
      </w:r>
      <w:r w:rsidR="004D2377" w:rsidRPr="00040DF5">
        <w:rPr>
          <w:rFonts w:ascii="Arial" w:hAnsi="Arial" w:cs="Arial"/>
          <w:b/>
          <w:bCs/>
        </w:rPr>
        <w:t xml:space="preserve">  </w:t>
      </w:r>
      <w:r w:rsidR="004D2377" w:rsidRPr="00040DF5">
        <w:rPr>
          <w:rFonts w:ascii="Arial" w:hAnsi="Arial" w:cs="Arial"/>
          <w:b/>
          <w:bCs/>
          <w:noProof/>
        </w:rPr>
        <w:drawing>
          <wp:inline distT="0" distB="0" distL="0" distR="0" wp14:anchorId="3D427929" wp14:editId="0D23BA10">
            <wp:extent cx="1514475" cy="2015102"/>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5392" cy="2029628"/>
                    </a:xfrm>
                    <a:prstGeom prst="rect">
                      <a:avLst/>
                    </a:prstGeom>
                    <a:noFill/>
                  </pic:spPr>
                </pic:pic>
              </a:graphicData>
            </a:graphic>
          </wp:inline>
        </w:drawing>
      </w:r>
      <w:r w:rsidR="004D2377" w:rsidRPr="00040DF5">
        <w:rPr>
          <w:rFonts w:ascii="Arial" w:hAnsi="Arial" w:cs="Arial"/>
          <w:b/>
          <w:bCs/>
        </w:rPr>
        <w:t xml:space="preserve">    </w:t>
      </w:r>
      <w:r w:rsidRPr="00040DF5">
        <w:rPr>
          <w:rFonts w:ascii="Arial" w:hAnsi="Arial" w:cs="Arial"/>
          <w:b/>
          <w:bCs/>
          <w:noProof/>
        </w:rPr>
        <w:drawing>
          <wp:inline distT="0" distB="0" distL="0" distR="0" wp14:anchorId="49E4BF5A" wp14:editId="0D44395F">
            <wp:extent cx="2420657" cy="1819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0037" cy="1826325"/>
                    </a:xfrm>
                    <a:prstGeom prst="rect">
                      <a:avLst/>
                    </a:prstGeom>
                    <a:noFill/>
                  </pic:spPr>
                </pic:pic>
              </a:graphicData>
            </a:graphic>
          </wp:inline>
        </w:drawing>
      </w:r>
    </w:p>
    <w:p w14:paraId="332D167C" w14:textId="77777777" w:rsidR="0090786C" w:rsidRPr="00040DF5" w:rsidRDefault="0090786C">
      <w:pPr>
        <w:spacing w:before="360"/>
        <w:rPr>
          <w:rFonts w:ascii="Arial" w:hAnsi="Arial" w:cs="Arial"/>
          <w:b/>
          <w:bCs/>
        </w:rPr>
      </w:pPr>
    </w:p>
    <w:p w14:paraId="002A8213" w14:textId="2F6D929B" w:rsidR="004D3805" w:rsidRPr="00040DF5" w:rsidRDefault="004D3805">
      <w:pPr>
        <w:spacing w:before="360"/>
        <w:rPr>
          <w:rFonts w:ascii="Arial" w:hAnsi="Arial" w:cs="Arial"/>
        </w:rPr>
      </w:pPr>
      <w:r w:rsidRPr="00040DF5">
        <w:rPr>
          <w:rFonts w:ascii="Arial" w:hAnsi="Arial" w:cs="Arial"/>
          <w:b/>
          <w:bCs/>
        </w:rPr>
        <w:t xml:space="preserve">EYFS (Pre-school, Nursery, Reception): </w:t>
      </w:r>
      <w:r w:rsidRPr="00040DF5">
        <w:rPr>
          <w:rFonts w:ascii="Arial" w:hAnsi="Arial" w:cs="Arial"/>
        </w:rPr>
        <w:t>There are no changes to how you</w:t>
      </w:r>
      <w:r w:rsidR="00B067EE" w:rsidRPr="00040DF5">
        <w:rPr>
          <w:rFonts w:ascii="Arial" w:hAnsi="Arial" w:cs="Arial"/>
        </w:rPr>
        <w:t>r child</w:t>
      </w:r>
      <w:r w:rsidRPr="00040DF5">
        <w:rPr>
          <w:rFonts w:ascii="Arial" w:hAnsi="Arial" w:cs="Arial"/>
        </w:rPr>
        <w:t xml:space="preserve"> </w:t>
      </w:r>
      <w:r w:rsidR="00B067EE" w:rsidRPr="00040DF5">
        <w:rPr>
          <w:rFonts w:ascii="Arial" w:hAnsi="Arial" w:cs="Arial"/>
        </w:rPr>
        <w:t>will enter and leave school/classroom.</w:t>
      </w:r>
    </w:p>
    <w:p w14:paraId="7C9C74ED" w14:textId="127655A2" w:rsidR="003A1C65" w:rsidRPr="00040DF5" w:rsidRDefault="004D3805" w:rsidP="00B067EE">
      <w:pPr>
        <w:spacing w:before="360"/>
        <w:rPr>
          <w:rFonts w:ascii="Arial" w:hAnsi="Arial" w:cs="Arial"/>
        </w:rPr>
      </w:pPr>
      <w:r w:rsidRPr="00040DF5">
        <w:rPr>
          <w:rFonts w:ascii="Arial" w:hAnsi="Arial" w:cs="Arial"/>
          <w:b/>
          <w:bCs/>
        </w:rPr>
        <w:t xml:space="preserve">Year 1 and Year 2: </w:t>
      </w:r>
      <w:r w:rsidR="00B067EE" w:rsidRPr="00040DF5">
        <w:rPr>
          <w:rFonts w:ascii="Arial" w:hAnsi="Arial" w:cs="Arial"/>
        </w:rPr>
        <w:t>There are no changes to how your child will enter and leave school/classroom.</w:t>
      </w:r>
      <w:r w:rsidR="00B067EE" w:rsidRPr="00040DF5">
        <w:rPr>
          <w:rFonts w:ascii="Arial" w:hAnsi="Arial" w:cs="Arial"/>
        </w:rPr>
        <w:t xml:space="preserve">  </w:t>
      </w:r>
      <w:r w:rsidR="003A1C65" w:rsidRPr="00040DF5">
        <w:rPr>
          <w:rFonts w:ascii="Arial" w:hAnsi="Arial" w:cs="Arial"/>
        </w:rPr>
        <w:t xml:space="preserve">We kindly ask families to keep a clear pathway so that pupils in Years 3–6 can safely walk across the main yard to the </w:t>
      </w:r>
      <w:proofErr w:type="spellStart"/>
      <w:r w:rsidR="003A1C65" w:rsidRPr="00040DF5">
        <w:rPr>
          <w:rFonts w:ascii="Arial" w:hAnsi="Arial" w:cs="Arial"/>
        </w:rPr>
        <w:t>tyre</w:t>
      </w:r>
      <w:proofErr w:type="spellEnd"/>
      <w:r w:rsidR="003A1C65" w:rsidRPr="00040DF5">
        <w:rPr>
          <w:rFonts w:ascii="Arial" w:hAnsi="Arial" w:cs="Arial"/>
        </w:rPr>
        <w:t xml:space="preserve"> zone at drop-off and collection times.</w:t>
      </w:r>
    </w:p>
    <w:p w14:paraId="6A3F1A52" w14:textId="7537BC7C" w:rsidR="00554E9A" w:rsidRPr="00040DF5" w:rsidRDefault="00B067EE" w:rsidP="00B067EE">
      <w:pPr>
        <w:spacing w:before="360"/>
        <w:rPr>
          <w:rFonts w:ascii="Arial" w:hAnsi="Arial" w:cs="Arial"/>
          <w:b/>
          <w:bCs/>
        </w:rPr>
      </w:pPr>
      <w:r w:rsidRPr="00040DF5">
        <w:rPr>
          <w:rFonts w:ascii="Arial" w:hAnsi="Arial" w:cs="Arial"/>
          <w:b/>
          <w:bCs/>
        </w:rPr>
        <w:t>Year 3,4,5,6</w:t>
      </w:r>
      <w:r w:rsidR="00D246EB" w:rsidRPr="00040DF5">
        <w:rPr>
          <w:rFonts w:ascii="Arial" w:hAnsi="Arial" w:cs="Arial"/>
          <w:b/>
          <w:bCs/>
        </w:rPr>
        <w:t xml:space="preserve">: </w:t>
      </w:r>
      <w:r w:rsidR="00554E9A" w:rsidRPr="00040DF5">
        <w:rPr>
          <w:rFonts w:ascii="Arial" w:hAnsi="Arial" w:cs="Arial"/>
          <w:b/>
          <w:bCs/>
        </w:rPr>
        <w:t>Drop Off</w:t>
      </w:r>
    </w:p>
    <w:p w14:paraId="098D7FA0" w14:textId="77777777" w:rsidR="00040DF5" w:rsidRDefault="000A1E09" w:rsidP="00040DF5">
      <w:pPr>
        <w:pStyle w:val="ListParagraph"/>
        <w:numPr>
          <w:ilvl w:val="0"/>
          <w:numId w:val="14"/>
        </w:numPr>
        <w:spacing w:after="0" w:line="240" w:lineRule="auto"/>
        <w:rPr>
          <w:rFonts w:ascii="Arial" w:eastAsia="Times New Roman" w:hAnsi="Arial" w:cs="Arial"/>
          <w:lang w:val="en-GB" w:eastAsia="en-GB"/>
        </w:rPr>
      </w:pPr>
      <w:r w:rsidRPr="00040DF5">
        <w:rPr>
          <w:rFonts w:ascii="Arial" w:eastAsia="Times New Roman" w:hAnsi="Arial" w:cs="Arial"/>
          <w:lang w:val="en-GB" w:eastAsia="en-GB"/>
        </w:rPr>
        <w:t xml:space="preserve">Families will </w:t>
      </w:r>
      <w:r w:rsidRPr="00040DF5">
        <w:rPr>
          <w:rFonts w:ascii="Arial" w:eastAsia="Times New Roman" w:hAnsi="Arial" w:cs="Arial"/>
          <w:b/>
          <w:bCs/>
          <w:lang w:val="en-GB" w:eastAsia="en-GB"/>
        </w:rPr>
        <w:t>not</w:t>
      </w:r>
      <w:r w:rsidRPr="00040DF5">
        <w:rPr>
          <w:rFonts w:ascii="Arial" w:eastAsia="Times New Roman" w:hAnsi="Arial" w:cs="Arial"/>
          <w:lang w:val="en-GB" w:eastAsia="en-GB"/>
        </w:rPr>
        <w:t xml:space="preserve"> be able to enter the school through the gym, as this area is closed.</w:t>
      </w:r>
    </w:p>
    <w:p w14:paraId="04D7E755" w14:textId="77777777" w:rsidR="00040DF5" w:rsidRDefault="000A1E09" w:rsidP="00040DF5">
      <w:pPr>
        <w:pStyle w:val="ListParagraph"/>
        <w:numPr>
          <w:ilvl w:val="0"/>
          <w:numId w:val="14"/>
        </w:numPr>
        <w:spacing w:after="0" w:line="240" w:lineRule="auto"/>
        <w:rPr>
          <w:rFonts w:ascii="Arial" w:eastAsia="Times New Roman" w:hAnsi="Arial" w:cs="Arial"/>
          <w:lang w:val="en-GB" w:eastAsia="en-GB"/>
        </w:rPr>
      </w:pPr>
      <w:r w:rsidRPr="00040DF5">
        <w:rPr>
          <w:rFonts w:ascii="Arial" w:eastAsia="Times New Roman" w:hAnsi="Arial" w:cs="Arial"/>
          <w:lang w:val="en-GB" w:eastAsia="en-GB"/>
        </w:rPr>
        <w:t>Please remain on the main yard with your child until the bell rings.</w:t>
      </w:r>
    </w:p>
    <w:p w14:paraId="678CBDC4" w14:textId="77777777" w:rsidR="00040DF5" w:rsidRPr="00040DF5" w:rsidRDefault="000A1E09" w:rsidP="00040DF5">
      <w:pPr>
        <w:pStyle w:val="ListParagraph"/>
        <w:numPr>
          <w:ilvl w:val="0"/>
          <w:numId w:val="14"/>
        </w:numPr>
        <w:spacing w:after="0" w:line="240" w:lineRule="auto"/>
        <w:rPr>
          <w:rFonts w:ascii="Arial" w:eastAsia="Times New Roman" w:hAnsi="Arial" w:cs="Arial"/>
          <w:lang w:val="en-GB" w:eastAsia="en-GB"/>
        </w:rPr>
      </w:pPr>
      <w:r w:rsidRPr="00040DF5">
        <w:rPr>
          <w:rFonts w:ascii="Arial" w:eastAsia="Times New Roman" w:hAnsi="Arial" w:cs="Arial"/>
          <w:b/>
          <w:bCs/>
          <w:color w:val="C0504D" w:themeColor="accent2"/>
          <w:lang w:val="en-GB" w:eastAsia="en-GB"/>
        </w:rPr>
        <w:t>When the bell rings, pupils should walk to the tyre zone and line up beside the member of staff holding their year-group sign.</w:t>
      </w:r>
    </w:p>
    <w:p w14:paraId="40CF7706" w14:textId="77777777" w:rsidR="00040DF5" w:rsidRDefault="000A1E09" w:rsidP="00040DF5">
      <w:pPr>
        <w:pStyle w:val="ListParagraph"/>
        <w:numPr>
          <w:ilvl w:val="0"/>
          <w:numId w:val="14"/>
        </w:numPr>
        <w:spacing w:after="0" w:line="240" w:lineRule="auto"/>
        <w:rPr>
          <w:rFonts w:ascii="Arial" w:eastAsia="Times New Roman" w:hAnsi="Arial" w:cs="Arial"/>
          <w:lang w:val="en-GB" w:eastAsia="en-GB"/>
        </w:rPr>
      </w:pPr>
      <w:r w:rsidRPr="00040DF5">
        <w:rPr>
          <w:rFonts w:ascii="Arial" w:eastAsia="Times New Roman" w:hAnsi="Arial" w:cs="Arial"/>
          <w:lang w:val="en-GB" w:eastAsia="en-GB"/>
        </w:rPr>
        <w:t>Each class will then enter the school together under staff supervision.</w:t>
      </w:r>
    </w:p>
    <w:p w14:paraId="3A64887C" w14:textId="084100FC" w:rsidR="003A1C65" w:rsidRPr="00040DF5" w:rsidRDefault="000A1E09" w:rsidP="00040DF5">
      <w:pPr>
        <w:pStyle w:val="ListParagraph"/>
        <w:numPr>
          <w:ilvl w:val="0"/>
          <w:numId w:val="14"/>
        </w:numPr>
        <w:spacing w:after="0" w:line="240" w:lineRule="auto"/>
        <w:rPr>
          <w:rFonts w:ascii="Arial" w:eastAsia="Times New Roman" w:hAnsi="Arial" w:cs="Arial"/>
          <w:lang w:val="en-GB" w:eastAsia="en-GB"/>
        </w:rPr>
      </w:pPr>
      <w:r w:rsidRPr="00040DF5">
        <w:rPr>
          <w:rFonts w:ascii="Arial" w:eastAsia="Times New Roman" w:hAnsi="Arial" w:cs="Arial"/>
          <w:lang w:val="en-GB" w:eastAsia="en-GB"/>
        </w:rPr>
        <w:t>Once your child has joined their line, please leave the school yard promptly. This will help to prevent overcrowding and allow pupils to enter the building safely.</w:t>
      </w:r>
    </w:p>
    <w:p w14:paraId="16DA95D5" w14:textId="4D8B5B92" w:rsidR="00554E9A" w:rsidRPr="00040DF5" w:rsidRDefault="00554E9A" w:rsidP="00C45FE4">
      <w:pPr>
        <w:spacing w:before="360"/>
        <w:rPr>
          <w:rFonts w:ascii="Arial" w:hAnsi="Arial" w:cs="Arial"/>
          <w:b/>
          <w:bCs/>
        </w:rPr>
      </w:pPr>
      <w:r w:rsidRPr="00040DF5">
        <w:rPr>
          <w:rFonts w:ascii="Arial" w:hAnsi="Arial" w:cs="Arial"/>
          <w:b/>
          <w:bCs/>
        </w:rPr>
        <w:t xml:space="preserve">Year 3,4,5,6: </w:t>
      </w:r>
      <w:r w:rsidRPr="00040DF5">
        <w:rPr>
          <w:rFonts w:ascii="Arial" w:hAnsi="Arial" w:cs="Arial"/>
          <w:b/>
          <w:bCs/>
        </w:rPr>
        <w:t>Pick Up</w:t>
      </w:r>
    </w:p>
    <w:p w14:paraId="0C9DEFA4" w14:textId="77777777" w:rsidR="000A1E09" w:rsidRPr="000A1E09" w:rsidRDefault="000A1E09" w:rsidP="000A1E09">
      <w:pPr>
        <w:numPr>
          <w:ilvl w:val="0"/>
          <w:numId w:val="13"/>
        </w:numPr>
        <w:spacing w:before="100" w:beforeAutospacing="1" w:after="100" w:afterAutospacing="1" w:line="240" w:lineRule="auto"/>
        <w:rPr>
          <w:rFonts w:ascii="Arial" w:eastAsia="Times New Roman" w:hAnsi="Arial" w:cs="Arial"/>
          <w:lang w:val="en-GB" w:eastAsia="en-GB"/>
        </w:rPr>
      </w:pPr>
      <w:r w:rsidRPr="000A1E09">
        <w:rPr>
          <w:rFonts w:ascii="Arial" w:eastAsia="Times New Roman" w:hAnsi="Arial" w:cs="Arial"/>
          <w:lang w:val="en-GB" w:eastAsia="en-GB"/>
        </w:rPr>
        <w:t>Pupils will leave the building in their class line through the main entrance and walk to the tyre zone on the main yard.</w:t>
      </w:r>
    </w:p>
    <w:p w14:paraId="21FF3135" w14:textId="77777777" w:rsidR="000A1E09" w:rsidRPr="000A1E09" w:rsidRDefault="000A1E09" w:rsidP="000A1E09">
      <w:pPr>
        <w:numPr>
          <w:ilvl w:val="0"/>
          <w:numId w:val="13"/>
        </w:numPr>
        <w:spacing w:before="100" w:beforeAutospacing="1" w:after="100" w:afterAutospacing="1" w:line="240" w:lineRule="auto"/>
        <w:rPr>
          <w:rFonts w:ascii="Arial" w:eastAsia="Times New Roman" w:hAnsi="Arial" w:cs="Arial"/>
          <w:b/>
          <w:bCs/>
          <w:color w:val="C0504D" w:themeColor="accent2"/>
          <w:lang w:val="en-GB" w:eastAsia="en-GB"/>
        </w:rPr>
      </w:pPr>
      <w:r w:rsidRPr="000A1E09">
        <w:rPr>
          <w:rFonts w:ascii="Arial" w:eastAsia="Times New Roman" w:hAnsi="Arial" w:cs="Arial"/>
          <w:b/>
          <w:bCs/>
          <w:color w:val="C0504D" w:themeColor="accent2"/>
          <w:lang w:val="en-GB" w:eastAsia="en-GB"/>
        </w:rPr>
        <w:t>Parents and carers must wait outside the tyre zone.</w:t>
      </w:r>
    </w:p>
    <w:p w14:paraId="560F94CC" w14:textId="77777777" w:rsidR="000A1E09" w:rsidRPr="000A1E09" w:rsidRDefault="000A1E09" w:rsidP="000A1E09">
      <w:pPr>
        <w:numPr>
          <w:ilvl w:val="0"/>
          <w:numId w:val="13"/>
        </w:numPr>
        <w:spacing w:before="100" w:beforeAutospacing="1" w:after="100" w:afterAutospacing="1" w:line="240" w:lineRule="auto"/>
        <w:rPr>
          <w:rFonts w:ascii="Arial" w:eastAsia="Times New Roman" w:hAnsi="Arial" w:cs="Arial"/>
          <w:b/>
          <w:bCs/>
          <w:color w:val="C0504D" w:themeColor="accent2"/>
          <w:lang w:val="en-GB" w:eastAsia="en-GB"/>
        </w:rPr>
      </w:pPr>
      <w:r w:rsidRPr="000A1E09">
        <w:rPr>
          <w:rFonts w:ascii="Arial" w:eastAsia="Times New Roman" w:hAnsi="Arial" w:cs="Arial"/>
          <w:b/>
          <w:bCs/>
          <w:color w:val="C0504D" w:themeColor="accent2"/>
          <w:lang w:val="en-GB" w:eastAsia="en-GB"/>
        </w:rPr>
        <w:t>Please do not enter the tyre zone or take your child directly from the line.</w:t>
      </w:r>
    </w:p>
    <w:p w14:paraId="2ECC2815" w14:textId="77777777" w:rsidR="000A1E09" w:rsidRPr="000A1E09" w:rsidRDefault="000A1E09" w:rsidP="000A1E09">
      <w:pPr>
        <w:numPr>
          <w:ilvl w:val="0"/>
          <w:numId w:val="13"/>
        </w:numPr>
        <w:spacing w:before="100" w:beforeAutospacing="1" w:after="100" w:afterAutospacing="1" w:line="240" w:lineRule="auto"/>
        <w:rPr>
          <w:rFonts w:ascii="Arial" w:eastAsia="Times New Roman" w:hAnsi="Arial" w:cs="Arial"/>
          <w:lang w:val="en-GB" w:eastAsia="en-GB"/>
        </w:rPr>
      </w:pPr>
      <w:r w:rsidRPr="000A1E09">
        <w:rPr>
          <w:rFonts w:ascii="Arial" w:eastAsia="Times New Roman" w:hAnsi="Arial" w:cs="Arial"/>
          <w:lang w:val="en-GB" w:eastAsia="en-GB"/>
        </w:rPr>
        <w:t>A member of staff will call and release each child to their parent or carer. This ensures that every pupil is safely handed over and properly accounted for.</w:t>
      </w:r>
    </w:p>
    <w:p w14:paraId="692A7C87" w14:textId="77777777" w:rsidR="000A1E09" w:rsidRPr="000A1E09" w:rsidRDefault="000A1E09" w:rsidP="000A1E09">
      <w:pPr>
        <w:spacing w:before="100" w:beforeAutospacing="1" w:after="100" w:afterAutospacing="1" w:line="240" w:lineRule="auto"/>
        <w:rPr>
          <w:rFonts w:ascii="Arial" w:eastAsia="Times New Roman" w:hAnsi="Arial" w:cs="Arial"/>
          <w:lang w:val="en-GB" w:eastAsia="en-GB"/>
        </w:rPr>
      </w:pPr>
      <w:r w:rsidRPr="000A1E09">
        <w:rPr>
          <w:rFonts w:ascii="Arial" w:eastAsia="Times New Roman" w:hAnsi="Arial" w:cs="Arial"/>
          <w:b/>
          <w:bCs/>
          <w:lang w:val="en-GB" w:eastAsia="en-GB"/>
        </w:rPr>
        <w:t>Please remain patient and courteous while staff safely release pupils at the end of the day. These arrangements are in place to protect all our children.</w:t>
      </w:r>
    </w:p>
    <w:p w14:paraId="27BD043A" w14:textId="77777777" w:rsidR="0032748C" w:rsidRPr="00040DF5" w:rsidRDefault="0032748C" w:rsidP="0011798B">
      <w:pPr>
        <w:spacing w:before="360"/>
        <w:rPr>
          <w:rFonts w:ascii="Arial" w:hAnsi="Arial" w:cs="Arial"/>
          <w:b/>
          <w:bCs/>
        </w:rPr>
      </w:pPr>
    </w:p>
    <w:p w14:paraId="5AD05C62" w14:textId="77777777" w:rsidR="0032748C" w:rsidRPr="00040DF5" w:rsidRDefault="0032748C" w:rsidP="0011798B">
      <w:pPr>
        <w:spacing w:before="360"/>
        <w:rPr>
          <w:rFonts w:ascii="Arial" w:hAnsi="Arial" w:cs="Arial"/>
          <w:b/>
          <w:bCs/>
        </w:rPr>
      </w:pPr>
    </w:p>
    <w:p w14:paraId="181F0B71" w14:textId="77777777" w:rsidR="009F4C40" w:rsidRDefault="009F4C40" w:rsidP="0011798B">
      <w:pPr>
        <w:spacing w:before="360"/>
        <w:rPr>
          <w:rFonts w:ascii="Arial" w:hAnsi="Arial" w:cs="Arial"/>
          <w:b/>
          <w:bCs/>
        </w:rPr>
      </w:pPr>
    </w:p>
    <w:p w14:paraId="7BC788F8" w14:textId="77777777" w:rsidR="00040DF5" w:rsidRPr="00040DF5" w:rsidRDefault="00040DF5" w:rsidP="0011798B">
      <w:pPr>
        <w:spacing w:before="360"/>
        <w:rPr>
          <w:rFonts w:ascii="Arial" w:hAnsi="Arial" w:cs="Arial"/>
          <w:b/>
          <w:bCs/>
        </w:rPr>
      </w:pPr>
    </w:p>
    <w:p w14:paraId="2564F901" w14:textId="42CEF122" w:rsidR="00C45FE4" w:rsidRPr="00040DF5" w:rsidRDefault="00C45FE4" w:rsidP="0011798B">
      <w:pPr>
        <w:spacing w:before="360"/>
        <w:rPr>
          <w:rFonts w:ascii="Arial" w:hAnsi="Arial" w:cs="Arial"/>
          <w:b/>
          <w:bCs/>
        </w:rPr>
      </w:pPr>
      <w:proofErr w:type="spellStart"/>
      <w:r w:rsidRPr="00040DF5">
        <w:rPr>
          <w:rFonts w:ascii="Arial" w:hAnsi="Arial" w:cs="Arial"/>
          <w:b/>
          <w:bCs/>
        </w:rPr>
        <w:lastRenderedPageBreak/>
        <w:t>Tyre</w:t>
      </w:r>
      <w:proofErr w:type="spellEnd"/>
      <w:r w:rsidRPr="00040DF5">
        <w:rPr>
          <w:rFonts w:ascii="Arial" w:hAnsi="Arial" w:cs="Arial"/>
          <w:b/>
          <w:bCs/>
        </w:rPr>
        <w:t xml:space="preserve"> Zone image of where to line up and where </w:t>
      </w:r>
      <w:r w:rsidR="001D1800" w:rsidRPr="00040DF5">
        <w:rPr>
          <w:rFonts w:ascii="Arial" w:hAnsi="Arial" w:cs="Arial"/>
          <w:b/>
          <w:bCs/>
        </w:rPr>
        <w:t>parents</w:t>
      </w:r>
      <w:r w:rsidRPr="00040DF5">
        <w:rPr>
          <w:rFonts w:ascii="Arial" w:hAnsi="Arial" w:cs="Arial"/>
          <w:b/>
          <w:bCs/>
        </w:rPr>
        <w:t xml:space="preserve"> may stand</w:t>
      </w:r>
      <w:r w:rsidR="0011798B" w:rsidRPr="00040DF5">
        <w:rPr>
          <w:rFonts w:ascii="Arial" w:hAnsi="Arial" w:cs="Arial"/>
          <w:b/>
          <w:bCs/>
        </w:rPr>
        <w:t>:</w:t>
      </w:r>
    </w:p>
    <w:p w14:paraId="7DC700A0" w14:textId="60F13080" w:rsidR="0011798B" w:rsidRPr="00040DF5" w:rsidRDefault="00E21B7E" w:rsidP="0011798B">
      <w:pPr>
        <w:spacing w:before="360"/>
        <w:rPr>
          <w:rFonts w:ascii="Arial" w:hAnsi="Arial" w:cs="Arial"/>
          <w:b/>
          <w:bCs/>
        </w:rPr>
      </w:pPr>
      <w:r w:rsidRPr="00040DF5">
        <w:rPr>
          <w:rFonts w:ascii="Arial" w:hAnsi="Arial" w:cs="Arial"/>
          <w:b/>
          <w:bCs/>
          <w:noProof/>
        </w:rPr>
        <mc:AlternateContent>
          <mc:Choice Requires="wps">
            <w:drawing>
              <wp:anchor distT="0" distB="0" distL="114300" distR="114300" simplePos="0" relativeHeight="251773952" behindDoc="0" locked="0" layoutInCell="1" allowOverlap="1" wp14:anchorId="1FDE8DB2" wp14:editId="69A064C2">
                <wp:simplePos x="0" y="0"/>
                <wp:positionH relativeFrom="column">
                  <wp:posOffset>4091940</wp:posOffset>
                </wp:positionH>
                <wp:positionV relativeFrom="paragraph">
                  <wp:posOffset>4137025</wp:posOffset>
                </wp:positionV>
                <wp:extent cx="2019300" cy="466725"/>
                <wp:effectExtent l="38100" t="38100" r="76200" b="85725"/>
                <wp:wrapNone/>
                <wp:docPr id="35" name="Straight Connector 35"/>
                <wp:cNvGraphicFramePr/>
                <a:graphic xmlns:a="http://schemas.openxmlformats.org/drawingml/2006/main">
                  <a:graphicData uri="http://schemas.microsoft.com/office/word/2010/wordprocessingShape">
                    <wps:wsp>
                      <wps:cNvCnPr/>
                      <wps:spPr>
                        <a:xfrm flipV="1">
                          <a:off x="0" y="0"/>
                          <a:ext cx="2019300" cy="466725"/>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0980BE1B" id="Straight Connector 35" o:spid="_x0000_s1026" style="position:absolute;flip:y;z-index:251773952;visibility:visible;mso-wrap-style:square;mso-wrap-distance-left:9pt;mso-wrap-distance-top:0;mso-wrap-distance-right:9pt;mso-wrap-distance-bottom:0;mso-position-horizontal:absolute;mso-position-horizontal-relative:text;mso-position-vertical:absolute;mso-position-vertical-relative:text" from="322.2pt,325.75pt" to="481.2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" strokecolor="#f79646 [3209]" strokeweight="2pt">
                <v:shadow on="t" color="black" opacity="24903f" origin=",.5" offset="0,.55556mm"/>
              </v:line>
            </w:pict>
          </mc:Fallback>
        </mc:AlternateContent>
      </w:r>
      <w:r w:rsidRPr="00040DF5">
        <w:rPr>
          <w:rFonts w:ascii="Arial" w:hAnsi="Arial" w:cs="Arial"/>
          <w:b/>
          <w:bCs/>
          <w:noProof/>
        </w:rPr>
        <mc:AlternateContent>
          <mc:Choice Requires="wps">
            <w:drawing>
              <wp:anchor distT="0" distB="0" distL="114300" distR="114300" simplePos="0" relativeHeight="251771904" behindDoc="0" locked="0" layoutInCell="1" allowOverlap="1" wp14:anchorId="1447B566" wp14:editId="10BBF9D9">
                <wp:simplePos x="0" y="0"/>
                <wp:positionH relativeFrom="column">
                  <wp:posOffset>120015</wp:posOffset>
                </wp:positionH>
                <wp:positionV relativeFrom="paragraph">
                  <wp:posOffset>1784350</wp:posOffset>
                </wp:positionV>
                <wp:extent cx="4533900" cy="85725"/>
                <wp:effectExtent l="38100" t="38100" r="76200" b="85725"/>
                <wp:wrapNone/>
                <wp:docPr id="34" name="Straight Connector 34"/>
                <wp:cNvGraphicFramePr/>
                <a:graphic xmlns:a="http://schemas.openxmlformats.org/drawingml/2006/main">
                  <a:graphicData uri="http://schemas.microsoft.com/office/word/2010/wordprocessingShape">
                    <wps:wsp>
                      <wps:cNvCnPr/>
                      <wps:spPr>
                        <a:xfrm>
                          <a:off x="0" y="0"/>
                          <a:ext cx="4533900" cy="85725"/>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0E887330" id="Straight Connector 34"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9.45pt,140.5pt" to="366.45pt,1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" strokecolor="#f79646 [3209]" strokeweight="2pt">
                <v:shadow on="t" color="black" opacity="24903f" origin=",.5" offset="0,.55556mm"/>
              </v:line>
            </w:pict>
          </mc:Fallback>
        </mc:AlternateContent>
      </w:r>
      <w:r w:rsidR="00864F1D" w:rsidRPr="00040DF5">
        <w:rPr>
          <w:rFonts w:ascii="Arial" w:hAnsi="Arial" w:cs="Arial"/>
          <w:b/>
          <w:bCs/>
          <w:noProof/>
        </w:rPr>
        <mc:AlternateContent>
          <mc:Choice Requires="wps">
            <w:drawing>
              <wp:anchor distT="0" distB="0" distL="114300" distR="114300" simplePos="0" relativeHeight="251726848" behindDoc="0" locked="0" layoutInCell="1" allowOverlap="1" wp14:anchorId="71436CDE" wp14:editId="38505CFF">
                <wp:simplePos x="0" y="0"/>
                <wp:positionH relativeFrom="margin">
                  <wp:posOffset>3062605</wp:posOffset>
                </wp:positionH>
                <wp:positionV relativeFrom="paragraph">
                  <wp:posOffset>1946275</wp:posOffset>
                </wp:positionV>
                <wp:extent cx="485775" cy="25717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485775" cy="257175"/>
                        </a:xfrm>
                        <a:prstGeom prst="rect">
                          <a:avLst/>
                        </a:prstGeom>
                        <a:solidFill>
                          <a:schemeClr val="lt1"/>
                        </a:solidFill>
                        <a:ln w="6350">
                          <a:solidFill>
                            <a:prstClr val="black"/>
                          </a:solidFill>
                        </a:ln>
                      </wps:spPr>
                      <wps:txbx>
                        <w:txbxContent>
                          <w:p w14:paraId="01EE6648" w14:textId="3DBDC8FE" w:rsidR="00B406C2" w:rsidRDefault="00B406C2" w:rsidP="00B406C2">
                            <w:r>
                              <w:t>5.11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436CDE" id="_x0000_t202" coordsize="21600,21600" o:spt="202" path="m,l,21600r21600,l21600,xe">
                <v:stroke joinstyle="miter"/>
                <v:path gradientshapeok="t" o:connecttype="rect"/>
              </v:shapetype>
              <v:shape id="Text Box 30" o:spid="_x0000_s1026" type="#_x0000_t202" style="position:absolute;margin-left:241.15pt;margin-top:153.25pt;width:38.25pt;height:20.25pt;z-index:2517268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" fillcolor="white [3201]" strokeweight=".5pt">
                <v:textbox>
                  <w:txbxContent>
                    <w:p w14:paraId="01EE6648" w14:textId="3DBDC8FE" w:rsidR="00B406C2" w:rsidRDefault="00B406C2" w:rsidP="00B406C2">
                      <w:r>
                        <w:t>5.11</w:t>
                      </w:r>
                    </w:p>
                  </w:txbxContent>
                </v:textbox>
                <w10:wrap anchorx="margin"/>
              </v:shape>
            </w:pict>
          </mc:Fallback>
        </mc:AlternateContent>
      </w:r>
      <w:r w:rsidR="00864F1D" w:rsidRPr="00040DF5">
        <w:rPr>
          <w:rFonts w:ascii="Arial" w:hAnsi="Arial" w:cs="Arial"/>
          <w:b/>
          <w:bCs/>
          <w:noProof/>
        </w:rPr>
        <mc:AlternateContent>
          <mc:Choice Requires="wps">
            <w:drawing>
              <wp:anchor distT="0" distB="0" distL="114300" distR="114300" simplePos="0" relativeHeight="251710464" behindDoc="0" locked="0" layoutInCell="1" allowOverlap="1" wp14:anchorId="50D7E850" wp14:editId="6D494758">
                <wp:simplePos x="0" y="0"/>
                <wp:positionH relativeFrom="column">
                  <wp:posOffset>2510790</wp:posOffset>
                </wp:positionH>
                <wp:positionV relativeFrom="paragraph">
                  <wp:posOffset>1965325</wp:posOffset>
                </wp:positionV>
                <wp:extent cx="476250" cy="25717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476250" cy="257175"/>
                        </a:xfrm>
                        <a:prstGeom prst="rect">
                          <a:avLst/>
                        </a:prstGeom>
                        <a:solidFill>
                          <a:schemeClr val="lt1"/>
                        </a:solidFill>
                        <a:ln w="6350">
                          <a:solidFill>
                            <a:prstClr val="black"/>
                          </a:solidFill>
                        </a:ln>
                      </wps:spPr>
                      <wps:txbx>
                        <w:txbxContent>
                          <w:p w14:paraId="38B08329" w14:textId="4BA113C5" w:rsidR="00B406C2" w:rsidRDefault="00B406C2" w:rsidP="00B406C2">
                            <w:r>
                              <w:t>4.100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D7E850" id="Text Box 29" o:spid="_x0000_s1027" type="#_x0000_t202" style="position:absolute;margin-left:197.7pt;margin-top:154.75pt;width:37.5pt;height:20.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" fillcolor="white [3201]" strokeweight=".5pt">
                <v:textbox>
                  <w:txbxContent>
                    <w:p w14:paraId="38B08329" w14:textId="4BA113C5" w:rsidR="00B406C2" w:rsidRDefault="00B406C2" w:rsidP="00B406C2">
                      <w:r>
                        <w:t>4.100</w:t>
                      </w:r>
                    </w:p>
                  </w:txbxContent>
                </v:textbox>
              </v:shape>
            </w:pict>
          </mc:Fallback>
        </mc:AlternateContent>
      </w:r>
      <w:r w:rsidR="00864F1D" w:rsidRPr="00040DF5">
        <w:rPr>
          <w:rFonts w:ascii="Arial" w:hAnsi="Arial" w:cs="Arial"/>
          <w:b/>
          <w:bCs/>
          <w:noProof/>
        </w:rPr>
        <mc:AlternateContent>
          <mc:Choice Requires="wps">
            <w:drawing>
              <wp:anchor distT="0" distB="0" distL="114300" distR="114300" simplePos="0" relativeHeight="251692032" behindDoc="0" locked="0" layoutInCell="1" allowOverlap="1" wp14:anchorId="3607D32C" wp14:editId="4A4BD971">
                <wp:simplePos x="0" y="0"/>
                <wp:positionH relativeFrom="column">
                  <wp:posOffset>1863090</wp:posOffset>
                </wp:positionH>
                <wp:positionV relativeFrom="paragraph">
                  <wp:posOffset>1955800</wp:posOffset>
                </wp:positionV>
                <wp:extent cx="438150" cy="25717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438150" cy="257175"/>
                        </a:xfrm>
                        <a:prstGeom prst="rect">
                          <a:avLst/>
                        </a:prstGeom>
                        <a:solidFill>
                          <a:schemeClr val="lt1"/>
                        </a:solidFill>
                        <a:ln w="6350">
                          <a:solidFill>
                            <a:prstClr val="black"/>
                          </a:solidFill>
                        </a:ln>
                      </wps:spPr>
                      <wps:txbx>
                        <w:txbxContent>
                          <w:p w14:paraId="6CE777D4" w14:textId="1A185486" w:rsidR="00B406C2" w:rsidRDefault="00B406C2" w:rsidP="00B406C2">
                            <w:r>
                              <w:t>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07D32C" id="Text Box 28" o:spid="_x0000_s1028" type="#_x0000_t202" style="position:absolute;margin-left:146.7pt;margin-top:154pt;width:34.5pt;height:20.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" fillcolor="white [3201]" strokeweight=".5pt">
                <v:textbox>
                  <w:txbxContent>
                    <w:p w14:paraId="6CE777D4" w14:textId="1A185486" w:rsidR="00B406C2" w:rsidRDefault="00B406C2" w:rsidP="00B406C2">
                      <w:r>
                        <w:t>4.7</w:t>
                      </w:r>
                    </w:p>
                  </w:txbxContent>
                </v:textbox>
              </v:shape>
            </w:pict>
          </mc:Fallback>
        </mc:AlternateContent>
      </w:r>
      <w:r w:rsidR="00864F1D" w:rsidRPr="00040DF5">
        <w:rPr>
          <w:rFonts w:ascii="Arial" w:hAnsi="Arial" w:cs="Arial"/>
          <w:b/>
          <w:bCs/>
          <w:noProof/>
        </w:rPr>
        <mc:AlternateContent>
          <mc:Choice Requires="wps">
            <w:drawing>
              <wp:anchor distT="0" distB="0" distL="114300" distR="114300" simplePos="0" relativeHeight="251671552" behindDoc="0" locked="0" layoutInCell="1" allowOverlap="1" wp14:anchorId="3B244AD0" wp14:editId="36EBBD19">
                <wp:simplePos x="0" y="0"/>
                <wp:positionH relativeFrom="column">
                  <wp:posOffset>1263015</wp:posOffset>
                </wp:positionH>
                <wp:positionV relativeFrom="paragraph">
                  <wp:posOffset>1955800</wp:posOffset>
                </wp:positionV>
                <wp:extent cx="438150" cy="2571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438150" cy="257175"/>
                        </a:xfrm>
                        <a:prstGeom prst="rect">
                          <a:avLst/>
                        </a:prstGeom>
                        <a:solidFill>
                          <a:schemeClr val="lt1"/>
                        </a:solidFill>
                        <a:ln w="6350">
                          <a:solidFill>
                            <a:prstClr val="black"/>
                          </a:solidFill>
                        </a:ln>
                      </wps:spPr>
                      <wps:txbx>
                        <w:txbxContent>
                          <w:p w14:paraId="5E60E94A" w14:textId="71B248E2" w:rsidR="00B406C2" w:rsidRDefault="00B406C2" w:rsidP="00B406C2">
                            <w:r>
                              <w:t>3.</w:t>
                            </w:r>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244AD0" id="Text Box 27" o:spid="_x0000_s1029" type="#_x0000_t202" style="position:absolute;margin-left:99.45pt;margin-top:154pt;width:34.5pt;height:20.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" fillcolor="white [3201]" strokeweight=".5pt">
                <v:textbox>
                  <w:txbxContent>
                    <w:p w14:paraId="5E60E94A" w14:textId="71B248E2" w:rsidR="00B406C2" w:rsidRDefault="00B406C2" w:rsidP="00B406C2">
                      <w:r>
                        <w:t>3.</w:t>
                      </w:r>
                      <w:r>
                        <w:t>9</w:t>
                      </w:r>
                    </w:p>
                  </w:txbxContent>
                </v:textbox>
              </v:shape>
            </w:pict>
          </mc:Fallback>
        </mc:AlternateContent>
      </w:r>
      <w:r w:rsidR="00864F1D" w:rsidRPr="00040DF5">
        <w:rPr>
          <w:rFonts w:ascii="Arial" w:hAnsi="Arial" w:cs="Arial"/>
          <w:b/>
          <w:bCs/>
          <w:noProof/>
        </w:rPr>
        <mc:AlternateContent>
          <mc:Choice Requires="wps">
            <w:drawing>
              <wp:anchor distT="0" distB="0" distL="114300" distR="114300" simplePos="0" relativeHeight="251650048" behindDoc="0" locked="0" layoutInCell="1" allowOverlap="1" wp14:anchorId="5B9CDB83" wp14:editId="30B63430">
                <wp:simplePos x="0" y="0"/>
                <wp:positionH relativeFrom="column">
                  <wp:posOffset>643890</wp:posOffset>
                </wp:positionH>
                <wp:positionV relativeFrom="paragraph">
                  <wp:posOffset>1955800</wp:posOffset>
                </wp:positionV>
                <wp:extent cx="438150" cy="257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438150" cy="257175"/>
                        </a:xfrm>
                        <a:prstGeom prst="rect">
                          <a:avLst/>
                        </a:prstGeom>
                        <a:solidFill>
                          <a:schemeClr val="lt1"/>
                        </a:solidFill>
                        <a:ln w="6350">
                          <a:solidFill>
                            <a:prstClr val="black"/>
                          </a:solidFill>
                        </a:ln>
                      </wps:spPr>
                      <wps:txbx>
                        <w:txbxContent>
                          <w:p w14:paraId="3E081499" w14:textId="6448AE9D" w:rsidR="00B406C2" w:rsidRDefault="00B406C2">
                            <w:r>
                              <w:t>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9CDB83" id="Text Box 26" o:spid="_x0000_s1030" type="#_x0000_t202" style="position:absolute;margin-left:50.7pt;margin-top:154pt;width:34.5pt;height:20.2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" fillcolor="white [3201]" strokeweight=".5pt">
                <v:textbox>
                  <w:txbxContent>
                    <w:p w14:paraId="3E081499" w14:textId="6448AE9D" w:rsidR="00B406C2" w:rsidRDefault="00B406C2">
                      <w:r>
                        <w:t>3.8</w:t>
                      </w:r>
                    </w:p>
                  </w:txbxContent>
                </v:textbox>
              </v:shape>
            </w:pict>
          </mc:Fallback>
        </mc:AlternateContent>
      </w:r>
      <w:r w:rsidR="00B406C2" w:rsidRPr="00040DF5">
        <w:rPr>
          <w:rFonts w:ascii="Arial" w:hAnsi="Arial" w:cs="Arial"/>
          <w:b/>
          <w:bCs/>
          <w:noProof/>
        </w:rPr>
        <mc:AlternateContent>
          <mc:Choice Requires="wps">
            <w:drawing>
              <wp:anchor distT="0" distB="0" distL="114300" distR="114300" simplePos="0" relativeHeight="251769856" behindDoc="0" locked="0" layoutInCell="1" allowOverlap="1" wp14:anchorId="45A882BA" wp14:editId="72E180E7">
                <wp:simplePos x="0" y="0"/>
                <wp:positionH relativeFrom="margin">
                  <wp:posOffset>4872990</wp:posOffset>
                </wp:positionH>
                <wp:positionV relativeFrom="paragraph">
                  <wp:posOffset>1946275</wp:posOffset>
                </wp:positionV>
                <wp:extent cx="485775" cy="25717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485775" cy="257175"/>
                        </a:xfrm>
                        <a:prstGeom prst="rect">
                          <a:avLst/>
                        </a:prstGeom>
                        <a:solidFill>
                          <a:schemeClr val="lt1"/>
                        </a:solidFill>
                        <a:ln w="6350">
                          <a:solidFill>
                            <a:prstClr val="black"/>
                          </a:solidFill>
                        </a:ln>
                      </wps:spPr>
                      <wps:txbx>
                        <w:txbxContent>
                          <w:p w14:paraId="5C3A1B89" w14:textId="1655ED21" w:rsidR="00B406C2" w:rsidRDefault="00B406C2" w:rsidP="00B406C2">
                            <w:r>
                              <w:t>6.14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A882BA" id="Text Box 33" o:spid="_x0000_s1031" type="#_x0000_t202" style="position:absolute;margin-left:383.7pt;margin-top:153.25pt;width:38.25pt;height:20.25pt;z-index:2517698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" fillcolor="white [3201]" strokeweight=".5pt">
                <v:textbox>
                  <w:txbxContent>
                    <w:p w14:paraId="5C3A1B89" w14:textId="1655ED21" w:rsidR="00B406C2" w:rsidRDefault="00B406C2" w:rsidP="00B406C2">
                      <w:r>
                        <w:t>6.14</w:t>
                      </w:r>
                    </w:p>
                  </w:txbxContent>
                </v:textbox>
                <w10:wrap anchorx="margin"/>
              </v:shape>
            </w:pict>
          </mc:Fallback>
        </mc:AlternateContent>
      </w:r>
      <w:r w:rsidR="00B406C2" w:rsidRPr="00040DF5">
        <w:rPr>
          <w:rFonts w:ascii="Arial" w:hAnsi="Arial" w:cs="Arial"/>
          <w:b/>
          <w:bCs/>
          <w:noProof/>
        </w:rPr>
        <mc:AlternateContent>
          <mc:Choice Requires="wps">
            <w:drawing>
              <wp:anchor distT="0" distB="0" distL="114300" distR="114300" simplePos="0" relativeHeight="251756544" behindDoc="0" locked="0" layoutInCell="1" allowOverlap="1" wp14:anchorId="21D4CD69" wp14:editId="2A8AC11D">
                <wp:simplePos x="0" y="0"/>
                <wp:positionH relativeFrom="margin">
                  <wp:posOffset>4196715</wp:posOffset>
                </wp:positionH>
                <wp:positionV relativeFrom="paragraph">
                  <wp:posOffset>1965325</wp:posOffset>
                </wp:positionV>
                <wp:extent cx="485775" cy="257175"/>
                <wp:effectExtent l="0" t="0" r="28575" b="28575"/>
                <wp:wrapNone/>
                <wp:docPr id="32" name="Text Box 32"/>
                <wp:cNvGraphicFramePr/>
                <a:graphic xmlns:a="http://schemas.openxmlformats.org/drawingml/2006/main">
                  <a:graphicData uri="http://schemas.microsoft.com/office/word/2010/wordprocessingShape">
                    <wps:wsp>
                      <wps:cNvSpPr txBox="1"/>
                      <wps:spPr>
                        <a:xfrm>
                          <a:off x="0" y="0"/>
                          <a:ext cx="485775" cy="257175"/>
                        </a:xfrm>
                        <a:prstGeom prst="rect">
                          <a:avLst/>
                        </a:prstGeom>
                        <a:solidFill>
                          <a:schemeClr val="lt1"/>
                        </a:solidFill>
                        <a:ln w="6350">
                          <a:solidFill>
                            <a:prstClr val="black"/>
                          </a:solidFill>
                        </a:ln>
                      </wps:spPr>
                      <wps:txbx>
                        <w:txbxContent>
                          <w:p w14:paraId="45CFCF42" w14:textId="75183604" w:rsidR="00B406C2" w:rsidRDefault="00B406C2" w:rsidP="00B406C2">
                            <w:r>
                              <w:t>6.13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D4CD69" id="Text Box 32" o:spid="_x0000_s1032" type="#_x0000_t202" style="position:absolute;margin-left:330.45pt;margin-top:154.75pt;width:38.25pt;height:20.25pt;z-index:251756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" fillcolor="white [3201]" strokeweight=".5pt">
                <v:textbox>
                  <w:txbxContent>
                    <w:p w14:paraId="45CFCF42" w14:textId="75183604" w:rsidR="00B406C2" w:rsidRDefault="00B406C2" w:rsidP="00B406C2">
                      <w:r>
                        <w:t>6.13</w:t>
                      </w:r>
                    </w:p>
                  </w:txbxContent>
                </v:textbox>
                <w10:wrap anchorx="margin"/>
              </v:shape>
            </w:pict>
          </mc:Fallback>
        </mc:AlternateContent>
      </w:r>
      <w:r w:rsidR="00B406C2" w:rsidRPr="00040DF5">
        <w:rPr>
          <w:rFonts w:ascii="Arial" w:hAnsi="Arial" w:cs="Arial"/>
          <w:b/>
          <w:bCs/>
          <w:noProof/>
        </w:rPr>
        <mc:AlternateContent>
          <mc:Choice Requires="wps">
            <w:drawing>
              <wp:anchor distT="0" distB="0" distL="114300" distR="114300" simplePos="0" relativeHeight="251742208" behindDoc="0" locked="0" layoutInCell="1" allowOverlap="1" wp14:anchorId="033D80D0" wp14:editId="1CBAE837">
                <wp:simplePos x="0" y="0"/>
                <wp:positionH relativeFrom="margin">
                  <wp:posOffset>3606165</wp:posOffset>
                </wp:positionH>
                <wp:positionV relativeFrom="paragraph">
                  <wp:posOffset>1955800</wp:posOffset>
                </wp:positionV>
                <wp:extent cx="485775" cy="25717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485775" cy="257175"/>
                        </a:xfrm>
                        <a:prstGeom prst="rect">
                          <a:avLst/>
                        </a:prstGeom>
                        <a:solidFill>
                          <a:schemeClr val="lt1"/>
                        </a:solidFill>
                        <a:ln w="6350">
                          <a:solidFill>
                            <a:prstClr val="black"/>
                          </a:solidFill>
                        </a:ln>
                      </wps:spPr>
                      <wps:txbx>
                        <w:txbxContent>
                          <w:p w14:paraId="6F905844" w14:textId="1E4F681A" w:rsidR="00B406C2" w:rsidRDefault="00B406C2" w:rsidP="00B406C2">
                            <w:r>
                              <w:t>5.1</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3D80D0" id="Text Box 31" o:spid="_x0000_s1033" type="#_x0000_t202" style="position:absolute;margin-left:283.95pt;margin-top:154pt;width:38.25pt;height:20.25pt;z-index:2517422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" fillcolor="white [3201]" strokeweight=".5pt">
                <v:textbox>
                  <w:txbxContent>
                    <w:p w14:paraId="6F905844" w14:textId="1E4F681A" w:rsidR="00B406C2" w:rsidRDefault="00B406C2" w:rsidP="00B406C2">
                      <w:r>
                        <w:t>5.1</w:t>
                      </w:r>
                      <w:r>
                        <w:t>2</w:t>
                      </w:r>
                    </w:p>
                  </w:txbxContent>
                </v:textbox>
                <w10:wrap anchorx="margin"/>
              </v:shape>
            </w:pict>
          </mc:Fallback>
        </mc:AlternateContent>
      </w:r>
      <w:r w:rsidR="00B406C2" w:rsidRPr="00040DF5">
        <w:rPr>
          <w:rFonts w:ascii="Arial" w:hAnsi="Arial" w:cs="Arial"/>
          <w:b/>
          <w:bCs/>
          <w:noProof/>
        </w:rPr>
        <mc:AlternateContent>
          <mc:Choice Requires="wps">
            <w:drawing>
              <wp:anchor distT="0" distB="0" distL="114300" distR="114300" simplePos="0" relativeHeight="251599872" behindDoc="0" locked="0" layoutInCell="1" allowOverlap="1" wp14:anchorId="62F1EA2A" wp14:editId="71B86ACE">
                <wp:simplePos x="0" y="0"/>
                <wp:positionH relativeFrom="column">
                  <wp:posOffset>1967865</wp:posOffset>
                </wp:positionH>
                <wp:positionV relativeFrom="paragraph">
                  <wp:posOffset>2108201</wp:posOffset>
                </wp:positionV>
                <wp:extent cx="1704975" cy="1257300"/>
                <wp:effectExtent l="38100" t="19050" r="66675" b="95250"/>
                <wp:wrapNone/>
                <wp:docPr id="23" name="Straight Arrow Connector 23"/>
                <wp:cNvGraphicFramePr/>
                <a:graphic xmlns:a="http://schemas.openxmlformats.org/drawingml/2006/main">
                  <a:graphicData uri="http://schemas.microsoft.com/office/word/2010/wordprocessingShape">
                    <wps:wsp>
                      <wps:cNvCnPr/>
                      <wps:spPr>
                        <a:xfrm>
                          <a:off x="0" y="0"/>
                          <a:ext cx="1704975" cy="12573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1F9A94" id="_x0000_t32" coordsize="21600,21600" o:spt="32" o:oned="t" path="m,l21600,21600e" filled="f">
                <v:path arrowok="t" fillok="f" o:connecttype="none"/>
                <o:lock v:ext="edit" shapetype="t"/>
              </v:shapetype>
              <v:shape id="Straight Arrow Connector 23" o:spid="_x0000_s1026" type="#_x0000_t32" style="position:absolute;margin-left:154.95pt;margin-top:166pt;width:134.25pt;height:99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615232" behindDoc="0" locked="0" layoutInCell="1" allowOverlap="1" wp14:anchorId="4477DB33" wp14:editId="673C88AA">
                <wp:simplePos x="0" y="0"/>
                <wp:positionH relativeFrom="column">
                  <wp:posOffset>1339214</wp:posOffset>
                </wp:positionH>
                <wp:positionV relativeFrom="paragraph">
                  <wp:posOffset>2032001</wp:posOffset>
                </wp:positionV>
                <wp:extent cx="1628775" cy="1447800"/>
                <wp:effectExtent l="38100" t="19050" r="85725" b="95250"/>
                <wp:wrapNone/>
                <wp:docPr id="24" name="Straight Arrow Connector 24"/>
                <wp:cNvGraphicFramePr/>
                <a:graphic xmlns:a="http://schemas.openxmlformats.org/drawingml/2006/main">
                  <a:graphicData uri="http://schemas.microsoft.com/office/word/2010/wordprocessingShape">
                    <wps:wsp>
                      <wps:cNvCnPr/>
                      <wps:spPr>
                        <a:xfrm>
                          <a:off x="0" y="0"/>
                          <a:ext cx="1628775" cy="14478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88FE4A" id="Straight Arrow Connector 24" o:spid="_x0000_s1026" type="#_x0000_t32" style="position:absolute;margin-left:105.45pt;margin-top:160pt;width:128.25pt;height:114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628544" behindDoc="0" locked="0" layoutInCell="1" allowOverlap="1" wp14:anchorId="2ACB2DCD" wp14:editId="55316707">
                <wp:simplePos x="0" y="0"/>
                <wp:positionH relativeFrom="column">
                  <wp:posOffset>805814</wp:posOffset>
                </wp:positionH>
                <wp:positionV relativeFrom="paragraph">
                  <wp:posOffset>2060574</wp:posOffset>
                </wp:positionV>
                <wp:extent cx="1304925" cy="1533525"/>
                <wp:effectExtent l="38100" t="19050" r="66675" b="85725"/>
                <wp:wrapNone/>
                <wp:docPr id="25" name="Straight Arrow Connector 25"/>
                <wp:cNvGraphicFramePr/>
                <a:graphic xmlns:a="http://schemas.openxmlformats.org/drawingml/2006/main">
                  <a:graphicData uri="http://schemas.microsoft.com/office/word/2010/wordprocessingShape">
                    <wps:wsp>
                      <wps:cNvCnPr/>
                      <wps:spPr>
                        <a:xfrm>
                          <a:off x="0" y="0"/>
                          <a:ext cx="1304925" cy="1533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623CD8A" id="Straight Arrow Connector 25" o:spid="_x0000_s1026" type="#_x0000_t32" style="position:absolute;margin-left:63.45pt;margin-top:162.25pt;width:102.75pt;height:120.75pt;z-index:251628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588608" behindDoc="0" locked="0" layoutInCell="1" allowOverlap="1" wp14:anchorId="457566EB" wp14:editId="1E2A00F1">
                <wp:simplePos x="0" y="0"/>
                <wp:positionH relativeFrom="column">
                  <wp:posOffset>2548890</wp:posOffset>
                </wp:positionH>
                <wp:positionV relativeFrom="paragraph">
                  <wp:posOffset>2146300</wp:posOffset>
                </wp:positionV>
                <wp:extent cx="1752600" cy="933450"/>
                <wp:effectExtent l="38100" t="19050" r="95250" b="95250"/>
                <wp:wrapNone/>
                <wp:docPr id="22" name="Straight Arrow Connector 22"/>
                <wp:cNvGraphicFramePr/>
                <a:graphic xmlns:a="http://schemas.openxmlformats.org/drawingml/2006/main">
                  <a:graphicData uri="http://schemas.microsoft.com/office/word/2010/wordprocessingShape">
                    <wps:wsp>
                      <wps:cNvCnPr/>
                      <wps:spPr>
                        <a:xfrm>
                          <a:off x="0" y="0"/>
                          <a:ext cx="1752600" cy="9334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19335DA" id="Straight Arrow Connector 22" o:spid="_x0000_s1026" type="#_x0000_t32" style="position:absolute;margin-left:200.7pt;margin-top:169pt;width:138pt;height:73.5pt;z-index:251588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577344" behindDoc="0" locked="0" layoutInCell="1" allowOverlap="1" wp14:anchorId="260F4C49" wp14:editId="00EE7CB4">
                <wp:simplePos x="0" y="0"/>
                <wp:positionH relativeFrom="column">
                  <wp:posOffset>3044190</wp:posOffset>
                </wp:positionH>
                <wp:positionV relativeFrom="paragraph">
                  <wp:posOffset>2089150</wp:posOffset>
                </wp:positionV>
                <wp:extent cx="2419350" cy="1047750"/>
                <wp:effectExtent l="38100" t="38100" r="76200" b="95250"/>
                <wp:wrapNone/>
                <wp:docPr id="21" name="Straight Arrow Connector 21"/>
                <wp:cNvGraphicFramePr/>
                <a:graphic xmlns:a="http://schemas.openxmlformats.org/drawingml/2006/main">
                  <a:graphicData uri="http://schemas.microsoft.com/office/word/2010/wordprocessingShape">
                    <wps:wsp>
                      <wps:cNvCnPr/>
                      <wps:spPr>
                        <a:xfrm>
                          <a:off x="0" y="0"/>
                          <a:ext cx="2419350" cy="10477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EDCE836" id="Straight Arrow Connector 21" o:spid="_x0000_s1026" type="#_x0000_t32" style="position:absolute;margin-left:239.7pt;margin-top:164.5pt;width:190.5pt;height:82.5pt;z-index:251577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569152" behindDoc="0" locked="0" layoutInCell="1" allowOverlap="1" wp14:anchorId="191BF26E" wp14:editId="5A22A8FF">
                <wp:simplePos x="0" y="0"/>
                <wp:positionH relativeFrom="column">
                  <wp:posOffset>3529965</wp:posOffset>
                </wp:positionH>
                <wp:positionV relativeFrom="paragraph">
                  <wp:posOffset>2079625</wp:posOffset>
                </wp:positionV>
                <wp:extent cx="2381250" cy="838200"/>
                <wp:effectExtent l="38100" t="38100" r="38100" b="114300"/>
                <wp:wrapNone/>
                <wp:docPr id="20" name="Straight Arrow Connector 20"/>
                <wp:cNvGraphicFramePr/>
                <a:graphic xmlns:a="http://schemas.openxmlformats.org/drawingml/2006/main">
                  <a:graphicData uri="http://schemas.microsoft.com/office/word/2010/wordprocessingShape">
                    <wps:wsp>
                      <wps:cNvCnPr/>
                      <wps:spPr>
                        <a:xfrm>
                          <a:off x="0" y="0"/>
                          <a:ext cx="2381250" cy="838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9C69ADD" id="Straight Arrow Connector 20" o:spid="_x0000_s1026" type="#_x0000_t32" style="position:absolute;margin-left:277.95pt;margin-top:163.75pt;width:187.5pt;height:66pt;z-index:251569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557888" behindDoc="0" locked="0" layoutInCell="1" allowOverlap="1" wp14:anchorId="1872FC0C" wp14:editId="13C5642B">
                <wp:simplePos x="0" y="0"/>
                <wp:positionH relativeFrom="column">
                  <wp:posOffset>4158615</wp:posOffset>
                </wp:positionH>
                <wp:positionV relativeFrom="paragraph">
                  <wp:posOffset>2098675</wp:posOffset>
                </wp:positionV>
                <wp:extent cx="1828800" cy="552450"/>
                <wp:effectExtent l="38100" t="38100" r="57150" b="114300"/>
                <wp:wrapNone/>
                <wp:docPr id="19" name="Straight Arrow Connector 19"/>
                <wp:cNvGraphicFramePr/>
                <a:graphic xmlns:a="http://schemas.openxmlformats.org/drawingml/2006/main">
                  <a:graphicData uri="http://schemas.microsoft.com/office/word/2010/wordprocessingShape">
                    <wps:wsp>
                      <wps:cNvCnPr/>
                      <wps:spPr>
                        <a:xfrm>
                          <a:off x="0" y="0"/>
                          <a:ext cx="1828800" cy="5524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C1D31B" id="Straight Arrow Connector 19" o:spid="_x0000_s1026" type="#_x0000_t32" style="position:absolute;margin-left:327.45pt;margin-top:165.25pt;width:2in;height:43.5pt;z-index:251557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" strokecolor="#4f81bd [3204]" strokeweight="2pt">
                <v:stroke endarrow="block"/>
                <v:shadow on="t" color="black" opacity="24903f" origin=",.5" offset="0,.55556mm"/>
              </v:shape>
            </w:pict>
          </mc:Fallback>
        </mc:AlternateContent>
      </w:r>
      <w:r w:rsidR="00B406C2" w:rsidRPr="00040DF5">
        <w:rPr>
          <w:rFonts w:ascii="Arial" w:hAnsi="Arial" w:cs="Arial"/>
          <w:b/>
          <w:bCs/>
          <w:noProof/>
        </w:rPr>
        <mc:AlternateContent>
          <mc:Choice Requires="wps">
            <w:drawing>
              <wp:anchor distT="0" distB="0" distL="114300" distR="114300" simplePos="0" relativeHeight="251550720" behindDoc="0" locked="0" layoutInCell="1" allowOverlap="1" wp14:anchorId="3FD3B143" wp14:editId="3D65769B">
                <wp:simplePos x="0" y="0"/>
                <wp:positionH relativeFrom="column">
                  <wp:posOffset>4882515</wp:posOffset>
                </wp:positionH>
                <wp:positionV relativeFrom="paragraph">
                  <wp:posOffset>2117725</wp:posOffset>
                </wp:positionV>
                <wp:extent cx="1143000" cy="257175"/>
                <wp:effectExtent l="38100" t="38100" r="76200" b="123825"/>
                <wp:wrapNone/>
                <wp:docPr id="18" name="Straight Arrow Connector 18"/>
                <wp:cNvGraphicFramePr/>
                <a:graphic xmlns:a="http://schemas.openxmlformats.org/drawingml/2006/main">
                  <a:graphicData uri="http://schemas.microsoft.com/office/word/2010/wordprocessingShape">
                    <wps:wsp>
                      <wps:cNvCnPr/>
                      <wps:spPr>
                        <a:xfrm>
                          <a:off x="0" y="0"/>
                          <a:ext cx="1143000" cy="2571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F3A5528" id="Straight Arrow Connector 18" o:spid="_x0000_s1026" type="#_x0000_t32" style="position:absolute;margin-left:384.45pt;margin-top:166.75pt;width:90pt;height:20.25pt;z-index:251550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" strokecolor="#4f81bd [3204]" strokeweight="2pt">
                <v:stroke endarrow="block"/>
                <v:shadow on="t" color="black" opacity="24903f" origin=",.5" offset="0,.55556mm"/>
              </v:shape>
            </w:pict>
          </mc:Fallback>
        </mc:AlternateContent>
      </w:r>
      <w:r w:rsidR="0011798B" w:rsidRPr="00040DF5">
        <w:rPr>
          <w:rFonts w:ascii="Arial" w:hAnsi="Arial" w:cs="Arial"/>
          <w:b/>
          <w:bCs/>
          <w:noProof/>
        </w:rPr>
        <w:drawing>
          <wp:inline distT="0" distB="0" distL="0" distR="0" wp14:anchorId="057F6B36" wp14:editId="28644470">
            <wp:extent cx="6096000" cy="45815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4581525"/>
                    </a:xfrm>
                    <a:prstGeom prst="rect">
                      <a:avLst/>
                    </a:prstGeom>
                    <a:noFill/>
                  </pic:spPr>
                </pic:pic>
              </a:graphicData>
            </a:graphic>
          </wp:inline>
        </w:drawing>
      </w:r>
    </w:p>
    <w:p w14:paraId="605473A8" w14:textId="7A8DD352" w:rsidR="00554E9A" w:rsidRPr="00040DF5" w:rsidRDefault="00715307" w:rsidP="00B067EE">
      <w:pPr>
        <w:spacing w:before="360"/>
        <w:rPr>
          <w:rFonts w:ascii="Arial" w:hAnsi="Arial" w:cs="Arial"/>
          <w:b/>
          <w:bCs/>
        </w:rPr>
      </w:pPr>
      <w:r w:rsidRPr="00040DF5">
        <w:rPr>
          <w:rFonts w:ascii="Arial" w:hAnsi="Arial" w:cs="Arial"/>
          <w:b/>
          <w:bCs/>
          <w:color w:val="4F81BD" w:themeColor="accent1"/>
        </w:rPr>
        <w:t xml:space="preserve">Blue Arrow: </w:t>
      </w:r>
      <w:r w:rsidRPr="00040DF5">
        <w:rPr>
          <w:rFonts w:ascii="Arial" w:hAnsi="Arial" w:cs="Arial"/>
          <w:b/>
          <w:bCs/>
        </w:rPr>
        <w:t>This is where the children will line up</w:t>
      </w:r>
    </w:p>
    <w:p w14:paraId="0CEA4E2A" w14:textId="001741B2" w:rsidR="00715307" w:rsidRPr="00040DF5" w:rsidRDefault="00715307" w:rsidP="00B067EE">
      <w:pPr>
        <w:spacing w:before="360"/>
        <w:rPr>
          <w:rFonts w:ascii="Arial" w:hAnsi="Arial" w:cs="Arial"/>
          <w:b/>
          <w:bCs/>
        </w:rPr>
      </w:pPr>
      <w:r w:rsidRPr="00040DF5">
        <w:rPr>
          <w:rFonts w:ascii="Arial" w:hAnsi="Arial" w:cs="Arial"/>
          <w:b/>
          <w:bCs/>
          <w:color w:val="F79646" w:themeColor="accent6"/>
        </w:rPr>
        <w:t xml:space="preserve">Orange Lines: </w:t>
      </w:r>
      <w:r w:rsidRPr="00040DF5">
        <w:rPr>
          <w:rFonts w:ascii="Arial" w:hAnsi="Arial" w:cs="Arial"/>
          <w:b/>
          <w:bCs/>
        </w:rPr>
        <w:t xml:space="preserve">This is where we ask parents to stand behind the </w:t>
      </w:r>
      <w:proofErr w:type="spellStart"/>
      <w:r w:rsidRPr="00040DF5">
        <w:rPr>
          <w:rFonts w:ascii="Arial" w:hAnsi="Arial" w:cs="Arial"/>
          <w:b/>
          <w:bCs/>
        </w:rPr>
        <w:t>tyres</w:t>
      </w:r>
      <w:proofErr w:type="spellEnd"/>
      <w:r w:rsidRPr="00040DF5">
        <w:rPr>
          <w:rFonts w:ascii="Arial" w:hAnsi="Arial" w:cs="Arial"/>
          <w:b/>
          <w:bCs/>
        </w:rPr>
        <w:t xml:space="preserve"> on all 4 sides and wait for your child to be released by the class teacher.</w:t>
      </w:r>
    </w:p>
    <w:p w14:paraId="1824D5B9" w14:textId="60E26E5E" w:rsidR="004D3805" w:rsidRPr="00040DF5" w:rsidRDefault="008047CE">
      <w:pPr>
        <w:spacing w:before="360"/>
        <w:rPr>
          <w:rFonts w:ascii="Arial" w:hAnsi="Arial" w:cs="Arial"/>
          <w:b/>
          <w:bCs/>
        </w:rPr>
      </w:pPr>
      <w:r w:rsidRPr="00040DF5">
        <w:rPr>
          <w:rFonts w:ascii="Arial" w:hAnsi="Arial" w:cs="Arial"/>
        </w:rPr>
        <w:t>Thank you for your patience, understanding and cooperation while this important work is completed. We look forward to welcoming everyone back and beginning another successful year of learning, friendship and achievement at Byker Primary School.</w:t>
      </w:r>
    </w:p>
    <w:sectPr w:rsidR="004D3805" w:rsidRPr="00040DF5" w:rsidSect="007876DD">
      <w:headerReference w:type="default" r:id="rId12"/>
      <w:footerReference w:type="default" r:id="rId13"/>
      <w:pgSz w:w="12240" w:h="15840"/>
      <w:pgMar w:top="432" w:right="936" w:bottom="792"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8C63E" w14:textId="77777777" w:rsidR="002D6F0C" w:rsidRDefault="00254566">
      <w:pPr>
        <w:spacing w:after="0" w:line="240" w:lineRule="auto"/>
      </w:pPr>
      <w:r>
        <w:separator/>
      </w:r>
    </w:p>
  </w:endnote>
  <w:endnote w:type="continuationSeparator" w:id="0">
    <w:p w14:paraId="0C3E5D1B" w14:textId="77777777" w:rsidR="002D6F0C" w:rsidRDefault="00254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0000000000000000000"/>
    <w:charset w:val="00"/>
    <w:family w:val="roman"/>
    <w:notTrueType/>
    <w:pitch w:val="default"/>
  </w:font>
  <w:font w:name="Apto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6FEC8" w14:textId="77777777" w:rsidR="001D4D68" w:rsidRDefault="00254566">
    <w:pPr>
      <w:pStyle w:val="Footer"/>
      <w:jc w:val="center"/>
    </w:pPr>
    <w:r>
      <w:rPr>
        <w:b/>
        <w:color w:val="4FA637"/>
        <w:sz w:val="18"/>
      </w:rPr>
      <w:t>Together, we learn.  Together, we grow.  Together, we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8D8F5" w14:textId="77777777" w:rsidR="002D6F0C" w:rsidRDefault="00254566">
      <w:pPr>
        <w:spacing w:after="0" w:line="240" w:lineRule="auto"/>
      </w:pPr>
      <w:r>
        <w:separator/>
      </w:r>
    </w:p>
  </w:footnote>
  <w:footnote w:type="continuationSeparator" w:id="0">
    <w:p w14:paraId="2DFEC249" w14:textId="77777777" w:rsidR="002D6F0C" w:rsidRDefault="00254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05EC" w14:textId="77777777" w:rsidR="001D4D68" w:rsidRDefault="001D4D68">
    <w:pPr>
      <w:pStyle w:val="Header"/>
    </w:pPr>
  </w:p>
  <w:tbl>
    <w:tblPr>
      <w:tblW w:w="10944" w:type="dxa"/>
      <w:jc w:val="center"/>
      <w:tblLook w:val="04A0" w:firstRow="1" w:lastRow="0" w:firstColumn="1" w:lastColumn="0" w:noHBand="0" w:noVBand="1"/>
    </w:tblPr>
    <w:tblGrid>
      <w:gridCol w:w="5472"/>
      <w:gridCol w:w="5472"/>
    </w:tblGrid>
    <w:tr w:rsidR="001D4D68" w14:paraId="686C0ED8" w14:textId="77777777" w:rsidTr="00254566">
      <w:trPr>
        <w:trHeight w:val="2195"/>
        <w:jc w:val="center"/>
      </w:trPr>
      <w:tc>
        <w:tcPr>
          <w:tcW w:w="5472" w:type="dxa"/>
          <w:tcBorders>
            <w:top w:val="nil"/>
            <w:left w:val="nil"/>
            <w:bottom w:val="nil"/>
            <w:right w:val="nil"/>
          </w:tcBorders>
        </w:tcPr>
        <w:p w14:paraId="6B9E1994" w14:textId="77777777" w:rsidR="001D4D68" w:rsidRDefault="00254566">
          <w:pPr>
            <w:spacing w:after="40"/>
          </w:pPr>
          <w:r>
            <w:rPr>
              <w:rFonts w:ascii="Aptos Display" w:hAnsi="Aptos Display"/>
              <w:b/>
              <w:color w:val="053791"/>
              <w:sz w:val="48"/>
            </w:rPr>
            <w:t>Byker Primary School</w:t>
          </w:r>
        </w:p>
        <w:p w14:paraId="2B4843DE" w14:textId="77777777" w:rsidR="001D4D68" w:rsidRPr="00254566" w:rsidRDefault="00254566">
          <w:pPr>
            <w:spacing w:after="40"/>
            <w:rPr>
              <w:color w:val="1F497D" w:themeColor="text2"/>
            </w:rPr>
          </w:pPr>
          <w:r w:rsidRPr="00254566">
            <w:rPr>
              <w:rFonts w:ascii="Aptos" w:hAnsi="Aptos"/>
              <w:b/>
              <w:i/>
              <w:color w:val="1F497D" w:themeColor="text2"/>
              <w:sz w:val="20"/>
            </w:rPr>
            <w:t>Children First: Raising Standards and Transforming Lives</w:t>
          </w:r>
        </w:p>
        <w:p w14:paraId="0E60744B" w14:textId="2E951689" w:rsidR="001D4D68" w:rsidRPr="00254566" w:rsidRDefault="00254566">
          <w:pPr>
            <w:spacing w:after="20"/>
            <w:rPr>
              <w:sz w:val="16"/>
              <w:szCs w:val="16"/>
            </w:rPr>
          </w:pPr>
          <w:proofErr w:type="gramStart"/>
          <w:r w:rsidRPr="00254566">
            <w:rPr>
              <w:rFonts w:ascii="Aptos" w:hAnsi="Aptos"/>
              <w:b/>
              <w:color w:val="053791"/>
              <w:sz w:val="16"/>
              <w:szCs w:val="16"/>
            </w:rPr>
            <w:t xml:space="preserve">Resilient </w:t>
          </w:r>
          <w:r>
            <w:rPr>
              <w:rFonts w:ascii="Aptos" w:hAnsi="Aptos"/>
              <w:b/>
              <w:color w:val="053791"/>
              <w:sz w:val="16"/>
              <w:szCs w:val="16"/>
            </w:rPr>
            <w:t xml:space="preserve"> </w:t>
          </w:r>
          <w:r w:rsidRPr="00254566">
            <w:rPr>
              <w:rFonts w:ascii="Aptos" w:hAnsi="Aptos"/>
              <w:b/>
              <w:color w:val="053791"/>
              <w:sz w:val="16"/>
              <w:szCs w:val="16"/>
            </w:rPr>
            <w:t>•</w:t>
          </w:r>
          <w:proofErr w:type="gramEnd"/>
          <w:r w:rsidRPr="00254566">
            <w:rPr>
              <w:rFonts w:ascii="Aptos" w:hAnsi="Aptos"/>
              <w:b/>
              <w:color w:val="053791"/>
              <w:sz w:val="16"/>
              <w:szCs w:val="16"/>
            </w:rPr>
            <w:t xml:space="preserve">  Respectful  •  Collaborative  •  Ambitious  •</w:t>
          </w:r>
          <w:r>
            <w:rPr>
              <w:rFonts w:ascii="Aptos" w:hAnsi="Aptos"/>
              <w:b/>
              <w:color w:val="053791"/>
              <w:sz w:val="16"/>
              <w:szCs w:val="16"/>
            </w:rPr>
            <w:t xml:space="preserve"> </w:t>
          </w:r>
          <w:r w:rsidRPr="00254566">
            <w:rPr>
              <w:rFonts w:ascii="Aptos" w:hAnsi="Aptos"/>
              <w:b/>
              <w:color w:val="053791"/>
              <w:sz w:val="16"/>
              <w:szCs w:val="16"/>
            </w:rPr>
            <w:t>Communicators</w:t>
          </w:r>
        </w:p>
        <w:p w14:paraId="7B58D46C" w14:textId="77777777" w:rsidR="00254566" w:rsidRDefault="00254566">
          <w:pPr>
            <w:spacing w:before="120" w:after="0"/>
            <w:rPr>
              <w:b/>
              <w:color w:val="053791"/>
              <w:sz w:val="17"/>
            </w:rPr>
          </w:pPr>
        </w:p>
        <w:p w14:paraId="255A1027" w14:textId="29BAB906" w:rsidR="001D4D68" w:rsidRDefault="00254566">
          <w:pPr>
            <w:spacing w:before="120" w:after="0"/>
          </w:pPr>
          <w:r>
            <w:rPr>
              <w:b/>
              <w:color w:val="053791"/>
              <w:sz w:val="17"/>
            </w:rPr>
            <w:t xml:space="preserve">Headteacher: </w:t>
          </w:r>
          <w:proofErr w:type="spellStart"/>
          <w:r>
            <w:rPr>
              <w:b/>
              <w:color w:val="053791"/>
              <w:sz w:val="17"/>
            </w:rPr>
            <w:t>Mrs</w:t>
          </w:r>
          <w:proofErr w:type="spellEnd"/>
          <w:r>
            <w:rPr>
              <w:b/>
              <w:color w:val="053791"/>
              <w:sz w:val="17"/>
            </w:rPr>
            <w:t xml:space="preserve"> M Donnison</w:t>
          </w:r>
        </w:p>
        <w:p w14:paraId="0B2A76C5" w14:textId="77777777" w:rsidR="001D4D68" w:rsidRDefault="00254566">
          <w:pPr>
            <w:spacing w:after="0"/>
          </w:pPr>
          <w:r>
            <w:rPr>
              <w:b/>
              <w:color w:val="053791"/>
              <w:sz w:val="17"/>
            </w:rPr>
            <w:t>Deputy Headteacher: Mrs S Barnes</w:t>
          </w:r>
        </w:p>
      </w:tc>
      <w:tc>
        <w:tcPr>
          <w:tcW w:w="5472" w:type="dxa"/>
          <w:tcBorders>
            <w:top w:val="nil"/>
            <w:left w:val="nil"/>
            <w:bottom w:val="nil"/>
            <w:right w:val="nil"/>
          </w:tcBorders>
        </w:tcPr>
        <w:p w14:paraId="771B2BCB" w14:textId="77777777" w:rsidR="001D4D68" w:rsidRDefault="00254566">
          <w:pPr>
            <w:jc w:val="right"/>
          </w:pPr>
          <w:r>
            <w:rPr>
              <w:noProof/>
            </w:rPr>
            <w:drawing>
              <wp:inline distT="0" distB="0" distL="0" distR="0" wp14:anchorId="4421D4EA" wp14:editId="60F1F07E">
                <wp:extent cx="11430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ker_letterhead_logo.png"/>
                        <pic:cNvPicPr/>
                      </pic:nvPicPr>
                      <pic:blipFill>
                        <a:blip r:embed="rId1"/>
                        <a:stretch>
                          <a:fillRect/>
                        </a:stretch>
                      </pic:blipFill>
                      <pic:spPr>
                        <a:xfrm>
                          <a:off x="0" y="0"/>
                          <a:ext cx="1143000" cy="1104900"/>
                        </a:xfrm>
                        <a:prstGeom prst="rect">
                          <a:avLst/>
                        </a:prstGeom>
                      </pic:spPr>
                    </pic:pic>
                  </a:graphicData>
                </a:graphic>
              </wp:inline>
            </w:drawing>
          </w:r>
        </w:p>
      </w:tc>
    </w:tr>
  </w:tbl>
  <w:p w14:paraId="1482574D" w14:textId="77777777" w:rsidR="001D4D68" w:rsidRDefault="001D4D68">
    <w:pPr>
      <w:pBdr>
        <w:bottom w:val="single" w:sz="14" w:space="1" w:color="0B3B78"/>
      </w:pBdr>
      <w:spacing w:before="4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9A01DC"/>
    <w:multiLevelType w:val="hybridMultilevel"/>
    <w:tmpl w:val="FA425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1E11A21"/>
    <w:multiLevelType w:val="hybridMultilevel"/>
    <w:tmpl w:val="1310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8A65FC"/>
    <w:multiLevelType w:val="hybridMultilevel"/>
    <w:tmpl w:val="60EC9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86233"/>
    <w:multiLevelType w:val="multilevel"/>
    <w:tmpl w:val="25EE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BE5415"/>
    <w:multiLevelType w:val="multilevel"/>
    <w:tmpl w:val="0480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DF5"/>
    <w:rsid w:val="0006063C"/>
    <w:rsid w:val="000A1E09"/>
    <w:rsid w:val="0011798B"/>
    <w:rsid w:val="0015074B"/>
    <w:rsid w:val="001D1800"/>
    <w:rsid w:val="001D4D68"/>
    <w:rsid w:val="00225BF7"/>
    <w:rsid w:val="00254566"/>
    <w:rsid w:val="0029639D"/>
    <w:rsid w:val="002D6F0C"/>
    <w:rsid w:val="002D7503"/>
    <w:rsid w:val="00326F90"/>
    <w:rsid w:val="0032748C"/>
    <w:rsid w:val="00330839"/>
    <w:rsid w:val="003A1C65"/>
    <w:rsid w:val="004A33AC"/>
    <w:rsid w:val="004D2377"/>
    <w:rsid w:val="004D3805"/>
    <w:rsid w:val="00554E9A"/>
    <w:rsid w:val="005D6D19"/>
    <w:rsid w:val="005E0B76"/>
    <w:rsid w:val="006C5BAE"/>
    <w:rsid w:val="00715307"/>
    <w:rsid w:val="007876DD"/>
    <w:rsid w:val="008047CE"/>
    <w:rsid w:val="00864F1D"/>
    <w:rsid w:val="00901FED"/>
    <w:rsid w:val="0090786C"/>
    <w:rsid w:val="0093319B"/>
    <w:rsid w:val="009F4C40"/>
    <w:rsid w:val="00A376C3"/>
    <w:rsid w:val="00AA1D8D"/>
    <w:rsid w:val="00AE4258"/>
    <w:rsid w:val="00B04C82"/>
    <w:rsid w:val="00B067EE"/>
    <w:rsid w:val="00B406C2"/>
    <w:rsid w:val="00B47730"/>
    <w:rsid w:val="00C45FE4"/>
    <w:rsid w:val="00CB0664"/>
    <w:rsid w:val="00CC3894"/>
    <w:rsid w:val="00D246EB"/>
    <w:rsid w:val="00E21B7E"/>
    <w:rsid w:val="00E704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1363D8"/>
  <w14:defaultImageDpi w14:val="300"/>
  <w15:docId w15:val="{0198D189-0FE7-4C2C-9FDE-99BD569D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2D75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2D750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005109">
      <w:bodyDiv w:val="1"/>
      <w:marLeft w:val="0"/>
      <w:marRight w:val="0"/>
      <w:marTop w:val="0"/>
      <w:marBottom w:val="0"/>
      <w:divBdr>
        <w:top w:val="none" w:sz="0" w:space="0" w:color="auto"/>
        <w:left w:val="none" w:sz="0" w:space="0" w:color="auto"/>
        <w:bottom w:val="none" w:sz="0" w:space="0" w:color="auto"/>
        <w:right w:val="none" w:sz="0" w:space="0" w:color="auto"/>
      </w:divBdr>
    </w:div>
    <w:div w:id="823468327">
      <w:bodyDiv w:val="1"/>
      <w:marLeft w:val="0"/>
      <w:marRight w:val="0"/>
      <w:marTop w:val="0"/>
      <w:marBottom w:val="0"/>
      <w:divBdr>
        <w:top w:val="none" w:sz="0" w:space="0" w:color="auto"/>
        <w:left w:val="none" w:sz="0" w:space="0" w:color="auto"/>
        <w:bottom w:val="none" w:sz="0" w:space="0" w:color="auto"/>
        <w:right w:val="none" w:sz="0" w:space="0" w:color="auto"/>
      </w:divBdr>
    </w:div>
    <w:div w:id="1618176962">
      <w:bodyDiv w:val="1"/>
      <w:marLeft w:val="0"/>
      <w:marRight w:val="0"/>
      <w:marTop w:val="0"/>
      <w:marBottom w:val="0"/>
      <w:divBdr>
        <w:top w:val="none" w:sz="0" w:space="0" w:color="auto"/>
        <w:left w:val="none" w:sz="0" w:space="0" w:color="auto"/>
        <w:bottom w:val="none" w:sz="0" w:space="0" w:color="auto"/>
        <w:right w:val="none" w:sz="0" w:space="0" w:color="auto"/>
      </w:divBdr>
    </w:div>
    <w:div w:id="19328140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494</Words>
  <Characters>2820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Donnison</cp:lastModifiedBy>
  <cp:revision>2</cp:revision>
  <dcterms:created xsi:type="dcterms:W3CDTF">2026-09-01T13:03:00Z</dcterms:created>
  <dcterms:modified xsi:type="dcterms:W3CDTF">2026-09-01T13:03:00Z</dcterms:modified>
  <cp:category/>
</cp:coreProperties>
</file>